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1860A" w14:textId="125C9882" w:rsidR="008366C2" w:rsidRPr="004A7AFF" w:rsidRDefault="00F57CB9" w:rsidP="00470426">
      <w:pPr>
        <w:spacing w:line="240" w:lineRule="auto"/>
        <w:jc w:val="center"/>
        <w:rPr>
          <w:rFonts w:ascii="TH SarabunIT๙" w:hAnsi="TH SarabunIT๙" w:cs="TH SarabunIT๙"/>
          <w:sz w:val="36"/>
          <w:szCs w:val="36"/>
        </w:rPr>
      </w:pPr>
      <w:proofErr w:type="spellStart"/>
      <w:r w:rsidRPr="004A7AFF">
        <w:rPr>
          <w:rFonts w:ascii="TH SarabunIT๙" w:hAnsi="TH SarabunIT๙" w:cs="TH SarabunIT๙"/>
          <w:b/>
          <w:sz w:val="36"/>
          <w:szCs w:val="36"/>
        </w:rPr>
        <w:t>แบบฟอร์มประกอบประกาศข้อ</w:t>
      </w:r>
      <w:proofErr w:type="spellEnd"/>
      <w:r w:rsidRPr="004A7AFF">
        <w:rPr>
          <w:rFonts w:ascii="TH SarabunIT๙" w:hAnsi="TH SarabunIT๙" w:cs="TH SarabunIT๙"/>
          <w:b/>
          <w:sz w:val="36"/>
          <w:szCs w:val="36"/>
        </w:rPr>
        <w:t xml:space="preserve"> ๒</w:t>
      </w:r>
      <w:r w:rsidR="002A79E5">
        <w:rPr>
          <w:rFonts w:ascii="TH SarabunIT๙" w:hAnsi="TH SarabunIT๙" w:cs="TH SarabunIT๙"/>
          <w:b/>
          <w:sz w:val="36"/>
          <w:szCs w:val="36"/>
        </w:rPr>
        <w:t>0</w:t>
      </w:r>
    </w:p>
    <w:p w14:paraId="6E8FF8C9" w14:textId="77777777" w:rsidR="008366C2" w:rsidRPr="004A7AFF" w:rsidRDefault="00F57CB9" w:rsidP="00470426">
      <w:pPr>
        <w:spacing w:line="240" w:lineRule="auto"/>
        <w:jc w:val="center"/>
        <w:rPr>
          <w:rFonts w:ascii="TH SarabunIT๙" w:hAnsi="TH SarabunIT๙" w:cs="TH SarabunIT๙"/>
          <w:sz w:val="36"/>
          <w:szCs w:val="36"/>
        </w:rPr>
      </w:pPr>
      <w:proofErr w:type="spellStart"/>
      <w:r w:rsidRPr="004A7AFF">
        <w:rPr>
          <w:rFonts w:ascii="TH SarabunIT๙" w:hAnsi="TH SarabunIT๙" w:cs="TH SarabunIT๙"/>
          <w:b/>
          <w:sz w:val="36"/>
          <w:szCs w:val="36"/>
        </w:rPr>
        <w:t>การเลือกตั้งกรรมการสภามหาวิทยาลัยรามคำแหง</w:t>
      </w:r>
      <w:proofErr w:type="spellEnd"/>
    </w:p>
    <w:p w14:paraId="244817FB" w14:textId="77777777" w:rsidR="008366C2" w:rsidRPr="004A7AFF" w:rsidRDefault="00F57CB9" w:rsidP="00470426">
      <w:pPr>
        <w:spacing w:line="240" w:lineRule="auto"/>
        <w:jc w:val="center"/>
        <w:rPr>
          <w:rFonts w:ascii="TH SarabunIT๙" w:hAnsi="TH SarabunIT๙" w:cs="TH SarabunIT๙"/>
          <w:sz w:val="36"/>
          <w:szCs w:val="36"/>
        </w:rPr>
      </w:pPr>
      <w:proofErr w:type="spellStart"/>
      <w:r w:rsidRPr="004A7AFF">
        <w:rPr>
          <w:rFonts w:ascii="TH SarabunIT๙" w:hAnsi="TH SarabunIT๙" w:cs="TH SarabunIT๙"/>
          <w:b/>
          <w:sz w:val="36"/>
          <w:szCs w:val="36"/>
        </w:rPr>
        <w:t>กลุ่มคณาจารย์ประจำ</w:t>
      </w:r>
      <w:proofErr w:type="spellEnd"/>
      <w:r w:rsidRPr="004A7AFF">
        <w:rPr>
          <w:rFonts w:ascii="TH SarabunIT๙" w:hAnsi="TH SarabunIT๙" w:cs="TH SarabunIT๙"/>
          <w:b/>
          <w:sz w:val="36"/>
          <w:szCs w:val="36"/>
        </w:rPr>
        <w:t xml:space="preserve"> </w:t>
      </w:r>
      <w:proofErr w:type="spellStart"/>
      <w:r w:rsidRPr="004A7AFF">
        <w:rPr>
          <w:rFonts w:ascii="TH SarabunIT๙" w:hAnsi="TH SarabunIT๙" w:cs="TH SarabunIT๙"/>
          <w:b/>
          <w:sz w:val="36"/>
          <w:szCs w:val="36"/>
        </w:rPr>
        <w:t>ตามมาตรา</w:t>
      </w:r>
      <w:proofErr w:type="spellEnd"/>
      <w:r w:rsidRPr="004A7AFF">
        <w:rPr>
          <w:rFonts w:ascii="TH SarabunIT๙" w:hAnsi="TH SarabunIT๙" w:cs="TH SarabunIT๙"/>
          <w:b/>
          <w:sz w:val="36"/>
          <w:szCs w:val="36"/>
        </w:rPr>
        <w:t xml:space="preserve"> ๑๖ (๔)</w:t>
      </w:r>
    </w:p>
    <w:p w14:paraId="6A07AFF1" w14:textId="77777777" w:rsidR="00470426" w:rsidRPr="004A7AFF" w:rsidRDefault="00F57CB9" w:rsidP="00470426">
      <w:pPr>
        <w:spacing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proofErr w:type="spellStart"/>
      <w:r w:rsidRPr="004A7AFF">
        <w:rPr>
          <w:rFonts w:ascii="TH SarabunIT๙" w:hAnsi="TH SarabunIT๙" w:cs="TH SarabunIT๙"/>
          <w:b/>
          <w:bCs/>
          <w:sz w:val="36"/>
          <w:szCs w:val="36"/>
        </w:rPr>
        <w:t>รายการแบบฟอร์ม</w:t>
      </w:r>
      <w:proofErr w:type="spellEnd"/>
      <w:r w:rsidRPr="004A7AFF">
        <w:rPr>
          <w:rFonts w:ascii="TH SarabunIT๙" w:hAnsi="TH SarabunIT๙" w:cs="TH SarabunIT๙"/>
          <w:b/>
          <w:bCs/>
          <w:sz w:val="36"/>
          <w:szCs w:val="36"/>
        </w:rPr>
        <w:t xml:space="preserve">: </w:t>
      </w:r>
    </w:p>
    <w:p w14:paraId="40BEEDFD" w14:textId="3A377AD3" w:rsidR="00470426" w:rsidRPr="004A7AFF" w:rsidRDefault="00470426" w:rsidP="00470426">
      <w:pPr>
        <w:spacing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A7AFF">
        <w:rPr>
          <w:rFonts w:ascii="TH SarabunIT๙" w:hAnsi="TH SarabunIT๙" w:cs="TH SarabunIT๙"/>
          <w:b/>
          <w:bCs/>
          <w:sz w:val="36"/>
          <w:szCs w:val="36"/>
        </w:rPr>
        <w:tab/>
        <w:t xml:space="preserve">๑) </w:t>
      </w:r>
      <w:proofErr w:type="spellStart"/>
      <w:r w:rsidRPr="004A7AFF">
        <w:rPr>
          <w:rFonts w:ascii="TH SarabunIT๙" w:hAnsi="TH SarabunIT๙" w:cs="TH SarabunIT๙"/>
          <w:b/>
          <w:bCs/>
          <w:sz w:val="36"/>
          <w:szCs w:val="36"/>
        </w:rPr>
        <w:t>ปฏิทินการเลือกตั้ง</w:t>
      </w:r>
      <w:proofErr w:type="spellEnd"/>
      <w:r w:rsidRPr="004A7AF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14:paraId="21E974E2" w14:textId="7D6FCE89" w:rsidR="00470426" w:rsidRPr="004A7AFF" w:rsidRDefault="00470426" w:rsidP="00470426">
      <w:pPr>
        <w:spacing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A7AFF">
        <w:rPr>
          <w:rFonts w:ascii="TH SarabunIT๙" w:hAnsi="TH SarabunIT๙" w:cs="TH SarabunIT๙"/>
          <w:b/>
          <w:bCs/>
          <w:sz w:val="36"/>
          <w:szCs w:val="36"/>
        </w:rPr>
        <w:tab/>
        <w:t xml:space="preserve">๒) </w:t>
      </w:r>
      <w:proofErr w:type="spellStart"/>
      <w:r w:rsidRPr="004A7AFF">
        <w:rPr>
          <w:rFonts w:ascii="TH SarabunIT๙" w:hAnsi="TH SarabunIT๙" w:cs="TH SarabunIT๙"/>
          <w:b/>
          <w:bCs/>
          <w:sz w:val="36"/>
          <w:szCs w:val="36"/>
        </w:rPr>
        <w:t>ใบสมัคร</w:t>
      </w:r>
      <w:proofErr w:type="spellEnd"/>
      <w:r w:rsidRPr="004A7AF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14:paraId="6E581FD8" w14:textId="45534E76" w:rsidR="00470426" w:rsidRPr="004A7AFF" w:rsidRDefault="00470426" w:rsidP="00470426">
      <w:pPr>
        <w:spacing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A7AFF">
        <w:rPr>
          <w:rFonts w:ascii="TH SarabunIT๙" w:hAnsi="TH SarabunIT๙" w:cs="TH SarabunIT๙"/>
          <w:b/>
          <w:bCs/>
          <w:sz w:val="36"/>
          <w:szCs w:val="36"/>
        </w:rPr>
        <w:tab/>
        <w:t xml:space="preserve">๓) </w:t>
      </w:r>
      <w:proofErr w:type="spellStart"/>
      <w:r w:rsidRPr="004A7AFF">
        <w:rPr>
          <w:rFonts w:ascii="TH SarabunIT๙" w:hAnsi="TH SarabunIT๙" w:cs="TH SarabunIT๙"/>
          <w:b/>
          <w:bCs/>
          <w:sz w:val="36"/>
          <w:szCs w:val="36"/>
        </w:rPr>
        <w:t>คำร้องแก้ไขบัญชีรายชื่อ</w:t>
      </w:r>
      <w:proofErr w:type="spellEnd"/>
    </w:p>
    <w:p w14:paraId="09305AAB" w14:textId="7BC51099" w:rsidR="00470426" w:rsidRPr="004A7AFF" w:rsidRDefault="00470426" w:rsidP="00470426">
      <w:pPr>
        <w:spacing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A7AFF">
        <w:rPr>
          <w:rFonts w:ascii="TH SarabunIT๙" w:hAnsi="TH SarabunIT๙" w:cs="TH SarabunIT๙"/>
          <w:b/>
          <w:bCs/>
          <w:sz w:val="36"/>
          <w:szCs w:val="36"/>
        </w:rPr>
        <w:tab/>
        <w:t xml:space="preserve">๔) </w:t>
      </w:r>
      <w:proofErr w:type="spellStart"/>
      <w:r w:rsidRPr="004A7AFF">
        <w:rPr>
          <w:rFonts w:ascii="TH SarabunIT๙" w:hAnsi="TH SarabunIT๙" w:cs="TH SarabunIT๙"/>
          <w:b/>
          <w:bCs/>
          <w:sz w:val="36"/>
          <w:szCs w:val="36"/>
        </w:rPr>
        <w:t>คำคัดค้าน</w:t>
      </w:r>
      <w:proofErr w:type="spellEnd"/>
      <w:r w:rsidRPr="004A7AF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14:paraId="35F60556" w14:textId="1F818B03" w:rsidR="00470426" w:rsidRPr="004A7AFF" w:rsidRDefault="00470426" w:rsidP="00470426">
      <w:pPr>
        <w:spacing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A7AFF">
        <w:rPr>
          <w:rFonts w:ascii="TH SarabunIT๙" w:hAnsi="TH SarabunIT๙" w:cs="TH SarabunIT๙"/>
          <w:b/>
          <w:bCs/>
          <w:sz w:val="36"/>
          <w:szCs w:val="36"/>
        </w:rPr>
        <w:tab/>
        <w:t xml:space="preserve">๕) </w:t>
      </w:r>
      <w:proofErr w:type="spellStart"/>
      <w:r w:rsidRPr="004A7AFF">
        <w:rPr>
          <w:rFonts w:ascii="TH SarabunIT๙" w:hAnsi="TH SarabunIT๙" w:cs="TH SarabunIT๙"/>
          <w:b/>
          <w:bCs/>
          <w:sz w:val="36"/>
          <w:szCs w:val="36"/>
        </w:rPr>
        <w:t>หลักเกณฑ์ลงคะแนนและนับคะแนน</w:t>
      </w:r>
      <w:proofErr w:type="spellEnd"/>
      <w:r w:rsidRPr="004A7AF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14:paraId="7CCCAD74" w14:textId="47BEBF7E" w:rsidR="008366C2" w:rsidRPr="004A7AFF" w:rsidRDefault="00470426" w:rsidP="00470426">
      <w:pPr>
        <w:spacing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A7AFF">
        <w:rPr>
          <w:rFonts w:ascii="TH SarabunIT๙" w:hAnsi="TH SarabunIT๙" w:cs="TH SarabunIT๙"/>
          <w:b/>
          <w:bCs/>
          <w:sz w:val="36"/>
          <w:szCs w:val="36"/>
        </w:rPr>
        <w:tab/>
        <w:t xml:space="preserve">๖) </w:t>
      </w:r>
      <w:proofErr w:type="spellStart"/>
      <w:r w:rsidRPr="004A7AFF">
        <w:rPr>
          <w:rFonts w:ascii="TH SarabunIT๙" w:hAnsi="TH SarabunIT๙" w:cs="TH SarabunIT๙"/>
          <w:b/>
          <w:bCs/>
          <w:sz w:val="36"/>
          <w:szCs w:val="36"/>
        </w:rPr>
        <w:t>ช่องทางติดต่อ</w:t>
      </w:r>
      <w:proofErr w:type="spellEnd"/>
    </w:p>
    <w:p w14:paraId="6B40D3BB" w14:textId="7B9597FB" w:rsidR="00BB7764" w:rsidRPr="00BB7764" w:rsidRDefault="00F57CB9" w:rsidP="00BB7764">
      <w:pPr>
        <w:jc w:val="center"/>
        <w:rPr>
          <w:cs/>
        </w:rPr>
      </w:pPr>
      <w:r>
        <w:br w:type="page"/>
      </w:r>
      <w:r w:rsidR="00BB7764" w:rsidRPr="007313BC">
        <w:rPr>
          <w:rFonts w:ascii="TH SarabunIT๙" w:hAnsi="TH SarabunIT๙" w:cs="TH SarabunIT๙"/>
          <w:bCs/>
          <w:noProof/>
          <w:sz w:val="28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00116F57" wp14:editId="110BA60A">
                <wp:simplePos x="0" y="0"/>
                <wp:positionH relativeFrom="column">
                  <wp:posOffset>5662295</wp:posOffset>
                </wp:positionH>
                <wp:positionV relativeFrom="paragraph">
                  <wp:posOffset>4401820</wp:posOffset>
                </wp:positionV>
                <wp:extent cx="941696" cy="245660"/>
                <wp:effectExtent l="0" t="0" r="11430" b="21590"/>
                <wp:wrapSquare wrapText="bothSides"/>
                <wp:docPr id="17642817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1696" cy="245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DBF042" w14:textId="77777777" w:rsidR="00BB7764" w:rsidRPr="000E49D8" w:rsidRDefault="00BB7764" w:rsidP="00BB7764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0E49D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3 วันทำการ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116F57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445.85pt;margin-top:346.6pt;width:74.15pt;height:19.3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" strokecolor="white [3212]">
                <v:textbox>
                  <w:txbxContent>
                    <w:p w14:paraId="3FDBF042" w14:textId="77777777" w:rsidR="00BB7764" w:rsidRPr="000E49D8" w:rsidRDefault="00BB7764" w:rsidP="00BB7764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0E49D8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3 วันทำการ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B7764" w:rsidRPr="007313BC">
        <w:rPr>
          <w:rFonts w:ascii="TH SarabunIT๙" w:hAnsi="TH SarabunIT๙" w:cs="TH SarabunIT๙" w:hint="cs"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5EC8EB4" wp14:editId="7E5940FA">
                <wp:simplePos x="0" y="0"/>
                <wp:positionH relativeFrom="column">
                  <wp:posOffset>5323840</wp:posOffset>
                </wp:positionH>
                <wp:positionV relativeFrom="paragraph">
                  <wp:posOffset>4026535</wp:posOffset>
                </wp:positionV>
                <wp:extent cx="177421" cy="1119116"/>
                <wp:effectExtent l="0" t="0" r="13335" b="24130"/>
                <wp:wrapNone/>
                <wp:docPr id="3879065" name="วงเล็บปีกกาขว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421" cy="1119116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769124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วงเล็บปีกกาขวา 4" o:spid="_x0000_s1026" type="#_x0000_t88" style="position:absolute;margin-left:419.2pt;margin-top:317.05pt;width:13.95pt;height:88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" adj="285" strokecolor="black [3040]"/>
            </w:pict>
          </mc:Fallback>
        </mc:AlternateContent>
      </w:r>
      <w:r w:rsidR="00BB7764" w:rsidRPr="007313BC">
        <w:rPr>
          <w:rFonts w:ascii="TH SarabunIT๙" w:hAnsi="TH SarabunIT๙" w:cs="TH SarabunIT๙"/>
          <w:bCs/>
          <w:noProof/>
          <w:sz w:val="28"/>
          <w:cs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033A65E2" wp14:editId="4E6A5C51">
                <wp:simplePos x="0" y="0"/>
                <wp:positionH relativeFrom="rightMargin">
                  <wp:posOffset>-681990</wp:posOffset>
                </wp:positionH>
                <wp:positionV relativeFrom="paragraph">
                  <wp:posOffset>3625850</wp:posOffset>
                </wp:positionV>
                <wp:extent cx="784225" cy="252095"/>
                <wp:effectExtent l="0" t="0" r="15875" b="14605"/>
                <wp:wrapSquare wrapText="bothSides"/>
                <wp:docPr id="623864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784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FAD803" w14:textId="77777777" w:rsidR="00BB7764" w:rsidRPr="00A04DD3" w:rsidRDefault="00BB7764" w:rsidP="00BB7764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A04DD3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1 วันทำการ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A65E2" id="_x0000_s1027" type="#_x0000_t202" style="position:absolute;left:0;text-align:left;margin-left:-53.7pt;margin-top:285.5pt;width:61.75pt;height:19.85pt;rotation:180;flip:y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" strokecolor="white [3212]">
                <v:textbox>
                  <w:txbxContent>
                    <w:p w14:paraId="63FAD803" w14:textId="77777777" w:rsidR="00BB7764" w:rsidRPr="00A04DD3" w:rsidRDefault="00BB7764" w:rsidP="00BB7764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A04DD3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1 วันทำการ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B7764" w:rsidRPr="007313BC">
        <w:rPr>
          <w:rFonts w:ascii="TH SarabunIT๙" w:hAnsi="TH SarabunIT๙" w:cs="TH SarabunIT๙" w:hint="cs"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034DA19F" wp14:editId="18AAC681">
                <wp:simplePos x="0" y="0"/>
                <wp:positionH relativeFrom="column">
                  <wp:posOffset>5370830</wp:posOffset>
                </wp:positionH>
                <wp:positionV relativeFrom="paragraph">
                  <wp:posOffset>3656965</wp:posOffset>
                </wp:positionV>
                <wp:extent cx="94928" cy="278756"/>
                <wp:effectExtent l="0" t="0" r="19685" b="26670"/>
                <wp:wrapNone/>
                <wp:docPr id="597817002" name="วงเล็บปีกกาขว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928" cy="278756"/>
                        </a:xfrm>
                        <a:prstGeom prst="rightBrac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F44BE7" id="วงเล็บปีกกาขวา 3" o:spid="_x0000_s1026" type="#_x0000_t88" style="position:absolute;margin-left:422.9pt;margin-top:287.95pt;width:7.45pt;height:21.9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" adj="613" strokecolor="black [3213]"/>
            </w:pict>
          </mc:Fallback>
        </mc:AlternateContent>
      </w:r>
      <w:r w:rsidR="00BB7764" w:rsidRPr="007313BC">
        <w:rPr>
          <w:rFonts w:ascii="TH SarabunIT๙" w:hAnsi="TH SarabunIT๙" w:cs="TH SarabunIT๙"/>
          <w:bCs/>
          <w:noProof/>
          <w:sz w:val="28"/>
          <w:cs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A692781" wp14:editId="39EB6CD4">
                <wp:simplePos x="0" y="0"/>
                <wp:positionH relativeFrom="page">
                  <wp:posOffset>6291580</wp:posOffset>
                </wp:positionH>
                <wp:positionV relativeFrom="paragraph">
                  <wp:posOffset>2712085</wp:posOffset>
                </wp:positionV>
                <wp:extent cx="695325" cy="306705"/>
                <wp:effectExtent l="0" t="0" r="28575" b="17145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306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F7D70" w14:textId="77777777" w:rsidR="00BB7764" w:rsidRPr="00AB2FD3" w:rsidRDefault="00BB7764" w:rsidP="00BB7764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AB2FD3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 xml:space="preserve">2 </w:t>
                            </w:r>
                            <w:r w:rsidRPr="00AB2FD3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วันทำการ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692781" id="_x0000_s1028" type="#_x0000_t202" style="position:absolute;left:0;text-align:left;margin-left:495.4pt;margin-top:213.55pt;width:54.75pt;height:24.1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" strokecolor="white [3212]">
                <v:textbox>
                  <w:txbxContent>
                    <w:p w14:paraId="461F7D70" w14:textId="77777777" w:rsidR="00BB7764" w:rsidRPr="00AB2FD3" w:rsidRDefault="00BB7764" w:rsidP="00BB7764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AB2FD3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 xml:space="preserve">2 </w:t>
                      </w:r>
                      <w:r w:rsidRPr="00AB2FD3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วันทำการ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BB7764" w:rsidRPr="007313BC">
        <w:rPr>
          <w:rFonts w:ascii="TH SarabunIT๙" w:hAnsi="TH SarabunIT๙" w:cs="TH SarabunIT๙" w:hint="cs"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07CA14BE" wp14:editId="2534CC1F">
                <wp:simplePos x="0" y="0"/>
                <wp:positionH relativeFrom="column">
                  <wp:posOffset>5382895</wp:posOffset>
                </wp:positionH>
                <wp:positionV relativeFrom="paragraph">
                  <wp:posOffset>2713990</wp:posOffset>
                </wp:positionV>
                <wp:extent cx="81886" cy="279779"/>
                <wp:effectExtent l="0" t="0" r="13970" b="25400"/>
                <wp:wrapNone/>
                <wp:docPr id="386476958" name="วงเล็บปีกกาขว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86" cy="279779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82ADD7" id="วงเล็บปีกกาขวา 2" o:spid="_x0000_s1026" type="#_x0000_t88" style="position:absolute;margin-left:423.85pt;margin-top:213.7pt;width:6.45pt;height:22.05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" adj="527" strokecolor="black [3040]"/>
            </w:pict>
          </mc:Fallback>
        </mc:AlternateContent>
      </w:r>
      <w:r w:rsidR="007313BC" w:rsidRPr="007313BC">
        <w:rPr>
          <w:rFonts w:ascii="TH SarabunIT๙" w:hAnsi="TH SarabunIT๙" w:cs="TH SarabunIT๙" w:hint="cs"/>
          <w:bCs/>
          <w:sz w:val="32"/>
          <w:szCs w:val="32"/>
          <w:cs/>
          <w:lang w:bidi="th-TH"/>
        </w:rPr>
        <w:t>ร่าง</w:t>
      </w:r>
      <w:proofErr w:type="spellStart"/>
      <w:r w:rsidRPr="00480ABB">
        <w:rPr>
          <w:rFonts w:ascii="TH SarabunIT๙" w:hAnsi="TH SarabunIT๙" w:cs="TH SarabunIT๙"/>
          <w:b/>
          <w:sz w:val="32"/>
          <w:szCs w:val="32"/>
        </w:rPr>
        <w:t>แบบฟอร์มที่</w:t>
      </w:r>
      <w:proofErr w:type="spellEnd"/>
      <w:r w:rsidRPr="00480ABB">
        <w:rPr>
          <w:rFonts w:ascii="TH SarabunIT๙" w:hAnsi="TH SarabunIT๙" w:cs="TH SarabunIT๙"/>
          <w:b/>
          <w:sz w:val="32"/>
          <w:szCs w:val="32"/>
        </w:rPr>
        <w:t xml:space="preserve"> ๑ — </w:t>
      </w:r>
      <w:proofErr w:type="spellStart"/>
      <w:r w:rsidRPr="00480ABB">
        <w:rPr>
          <w:rFonts w:ascii="TH SarabunIT๙" w:hAnsi="TH SarabunIT๙" w:cs="TH SarabunIT๙"/>
          <w:b/>
          <w:sz w:val="32"/>
          <w:szCs w:val="32"/>
        </w:rPr>
        <w:t>ปฏิทินการเลือกตั้ง</w:t>
      </w:r>
      <w:proofErr w:type="spellEnd"/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702"/>
        <w:gridCol w:w="3546"/>
        <w:gridCol w:w="1701"/>
        <w:gridCol w:w="1417"/>
        <w:gridCol w:w="1134"/>
      </w:tblGrid>
      <w:tr w:rsidR="00BB7764" w14:paraId="473D87C5" w14:textId="77777777" w:rsidTr="006A7986">
        <w:tc>
          <w:tcPr>
            <w:tcW w:w="702" w:type="dxa"/>
          </w:tcPr>
          <w:p w14:paraId="31079FA6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ลำดับ</w:t>
            </w:r>
          </w:p>
        </w:tc>
        <w:tc>
          <w:tcPr>
            <w:tcW w:w="3546" w:type="dxa"/>
          </w:tcPr>
          <w:p w14:paraId="0C8480BE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รายการ</w:t>
            </w:r>
          </w:p>
        </w:tc>
        <w:tc>
          <w:tcPr>
            <w:tcW w:w="1701" w:type="dxa"/>
          </w:tcPr>
          <w:p w14:paraId="524BBFE8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วัน/เดือน/ปี</w:t>
            </w:r>
          </w:p>
        </w:tc>
        <w:tc>
          <w:tcPr>
            <w:tcW w:w="1417" w:type="dxa"/>
          </w:tcPr>
          <w:p w14:paraId="3F0DFAAD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เวลา</w:t>
            </w:r>
          </w:p>
        </w:tc>
        <w:tc>
          <w:tcPr>
            <w:tcW w:w="1134" w:type="dxa"/>
          </w:tcPr>
          <w:p w14:paraId="16569F0F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หมายเหตุ</w:t>
            </w:r>
          </w:p>
          <w:p w14:paraId="1420BE9F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BB7764" w14:paraId="2C9A4706" w14:textId="77777777" w:rsidTr="006A7986">
        <w:tc>
          <w:tcPr>
            <w:tcW w:w="702" w:type="dxa"/>
          </w:tcPr>
          <w:p w14:paraId="1E8E5846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7D56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3546" w:type="dxa"/>
          </w:tcPr>
          <w:p w14:paraId="55DD48C0" w14:textId="77777777" w:rsidR="00BB7764" w:rsidRPr="003D7D56" w:rsidRDefault="00BB7764" w:rsidP="006A7986">
            <w:pPr>
              <w:rPr>
                <w:rFonts w:ascii="TH SarabunIT๙" w:hAnsi="TH SarabunIT๙" w:cs="TH SarabunIT๙"/>
                <w:sz w:val="28"/>
              </w:rPr>
            </w:pP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มติ</w:t>
            </w:r>
          </w:p>
          <w:p w14:paraId="253CC6FE" w14:textId="77777777" w:rsidR="00BB7764" w:rsidRPr="003D7D56" w:rsidRDefault="00BB7764" w:rsidP="006A798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14:paraId="27AABE90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5C5D6E4E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075D97EE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BB7764" w14:paraId="21ABE6A4" w14:textId="77777777" w:rsidTr="006A7986">
        <w:tc>
          <w:tcPr>
            <w:tcW w:w="702" w:type="dxa"/>
          </w:tcPr>
          <w:p w14:paraId="35A3888C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3546" w:type="dxa"/>
          </w:tcPr>
          <w:p w14:paraId="5DBA34C1" w14:textId="77777777" w:rsidR="00BB7764" w:rsidRPr="003D7D56" w:rsidRDefault="00BB7764" w:rsidP="006A7986">
            <w:pPr>
              <w:rPr>
                <w:rFonts w:ascii="TH SarabunIT๙" w:hAnsi="TH SarabunIT๙" w:cs="TH SarabunIT๙"/>
                <w:sz w:val="28"/>
              </w:rPr>
            </w:pP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จัดทำคำสั่งแต่งตั้ง คกก.เลือกตั้ง/</w:t>
            </w:r>
          </w:p>
          <w:p w14:paraId="4B86BE68" w14:textId="77777777" w:rsidR="00BB7764" w:rsidRPr="003D7D56" w:rsidRDefault="00BB7764" w:rsidP="006A798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แจ้งเวียนคำสั่ง</w:t>
            </w:r>
          </w:p>
        </w:tc>
        <w:tc>
          <w:tcPr>
            <w:tcW w:w="1701" w:type="dxa"/>
          </w:tcPr>
          <w:p w14:paraId="0B438403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382C0D9B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0D12B4B9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BB7764" w14:paraId="6D2B876E" w14:textId="77777777" w:rsidTr="006A7986">
        <w:tc>
          <w:tcPr>
            <w:tcW w:w="702" w:type="dxa"/>
          </w:tcPr>
          <w:p w14:paraId="5ABBD55A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3546" w:type="dxa"/>
          </w:tcPr>
          <w:p w14:paraId="72F4CB3D" w14:textId="77777777" w:rsidR="00BB7764" w:rsidRPr="003D7D56" w:rsidRDefault="00BB7764" w:rsidP="006A7986">
            <w:pPr>
              <w:rPr>
                <w:rFonts w:ascii="TH SarabunIT๙" w:hAnsi="TH SarabunIT๙" w:cs="TH SarabunIT๙"/>
                <w:sz w:val="28"/>
              </w:rPr>
            </w:pP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เชิญประชุมครั้งที่ 1/2569</w:t>
            </w:r>
          </w:p>
          <w:p w14:paraId="3425D26E" w14:textId="77777777" w:rsidR="00BB7764" w:rsidRPr="003D7D56" w:rsidRDefault="00BB7764" w:rsidP="006A798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(คกก.เลือกตั้งฯ)</w:t>
            </w:r>
          </w:p>
        </w:tc>
        <w:tc>
          <w:tcPr>
            <w:tcW w:w="1701" w:type="dxa"/>
          </w:tcPr>
          <w:p w14:paraId="2A0695C3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59AC1E79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3B19F07C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BB7764" w14:paraId="13481901" w14:textId="77777777" w:rsidTr="006A7986">
        <w:tc>
          <w:tcPr>
            <w:tcW w:w="702" w:type="dxa"/>
          </w:tcPr>
          <w:p w14:paraId="39F7849E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3546" w:type="dxa"/>
          </w:tcPr>
          <w:p w14:paraId="67A76C66" w14:textId="77777777" w:rsidR="00BB7764" w:rsidRPr="003D7D56" w:rsidRDefault="00BB7764" w:rsidP="006A7986">
            <w:pPr>
              <w:rPr>
                <w:rFonts w:ascii="TH SarabunIT๙" w:hAnsi="TH SarabunIT๙" w:cs="TH SarabunIT๙"/>
                <w:sz w:val="28"/>
              </w:rPr>
            </w:pP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ประกาศ (กำหนดหลักเกณฑ์)</w:t>
            </w:r>
          </w:p>
          <w:p w14:paraId="1CF67E71" w14:textId="77777777" w:rsidR="00BB7764" w:rsidRPr="003D7D56" w:rsidRDefault="00BB7764" w:rsidP="006A798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14:paraId="375D726B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16FB43A6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405EE370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BB7764" w14:paraId="03CD3406" w14:textId="77777777" w:rsidTr="006A7986">
        <w:tc>
          <w:tcPr>
            <w:tcW w:w="702" w:type="dxa"/>
          </w:tcPr>
          <w:p w14:paraId="4FF4029F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3546" w:type="dxa"/>
          </w:tcPr>
          <w:p w14:paraId="5F155DA2" w14:textId="77777777" w:rsidR="00BB7764" w:rsidRPr="003D7D56" w:rsidRDefault="00BB7764" w:rsidP="006A7986">
            <w:pPr>
              <w:rPr>
                <w:rFonts w:ascii="TH SarabunIT๙" w:hAnsi="TH SarabunIT๙" w:cs="TH SarabunIT๙"/>
                <w:sz w:val="28"/>
              </w:rPr>
            </w:pP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จัดทำคำสั่งแต่งตั้ง และเวียนแจ้งคำสั่ง</w:t>
            </w:r>
          </w:p>
          <w:p w14:paraId="51B601D1" w14:textId="77777777" w:rsidR="00BB7764" w:rsidRPr="003D7D56" w:rsidRDefault="00BB7764" w:rsidP="006A798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(คกก.ดำเนินการเลือกตั้ง)</w:t>
            </w:r>
          </w:p>
        </w:tc>
        <w:tc>
          <w:tcPr>
            <w:tcW w:w="1701" w:type="dxa"/>
          </w:tcPr>
          <w:p w14:paraId="4E709354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4FD0E6A4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1C2CF55A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BB7764" w14:paraId="270D6B9E" w14:textId="77777777" w:rsidTr="006A7986">
        <w:tc>
          <w:tcPr>
            <w:tcW w:w="702" w:type="dxa"/>
          </w:tcPr>
          <w:p w14:paraId="725171BD" w14:textId="77777777" w:rsidR="00BB7764" w:rsidRPr="00BB7764" w:rsidRDefault="00BB7764" w:rsidP="006A7986">
            <w:pPr>
              <w:jc w:val="center"/>
              <w:rPr>
                <w:rFonts w:ascii="TH SarabunIT๙" w:hAnsi="TH SarabunIT๙" w:cs="TH SarabunIT๙"/>
                <w:sz w:val="22"/>
                <w:cs/>
              </w:rPr>
            </w:pPr>
            <w:r w:rsidRPr="00BB7764">
              <w:rPr>
                <w:rFonts w:ascii="TH SarabunIT๙" w:hAnsi="TH SarabunIT๙" w:cs="TH SarabunIT๙"/>
                <w:sz w:val="22"/>
              </w:rPr>
              <w:t>6</w:t>
            </w:r>
          </w:p>
        </w:tc>
        <w:tc>
          <w:tcPr>
            <w:tcW w:w="3546" w:type="dxa"/>
          </w:tcPr>
          <w:p w14:paraId="39855C44" w14:textId="77777777" w:rsidR="00BB7764" w:rsidRPr="003D7D56" w:rsidRDefault="00BB7764" w:rsidP="006A798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เชิญประชุมครั้งที่ 1/2565</w:t>
            </w:r>
            <w:r w:rsidRPr="003D7D56"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(คกก.ดำเนินการเลือกตั้ง)</w:t>
            </w:r>
          </w:p>
        </w:tc>
        <w:tc>
          <w:tcPr>
            <w:tcW w:w="1701" w:type="dxa"/>
          </w:tcPr>
          <w:p w14:paraId="4C31793D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2104FF84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57CB2313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BB7764" w14:paraId="53363EF0" w14:textId="77777777" w:rsidTr="006A7986">
        <w:tc>
          <w:tcPr>
            <w:tcW w:w="702" w:type="dxa"/>
          </w:tcPr>
          <w:p w14:paraId="48E64C76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3546" w:type="dxa"/>
          </w:tcPr>
          <w:p w14:paraId="46103052" w14:textId="77777777" w:rsidR="00BB7764" w:rsidRPr="003D7D56" w:rsidRDefault="00BB7764" w:rsidP="006A7986">
            <w:pPr>
              <w:rPr>
                <w:rFonts w:ascii="TH SarabunIT๙" w:hAnsi="TH SarabunIT๙" w:cs="TH SarabunIT๙"/>
                <w:sz w:val="28"/>
              </w:rPr>
            </w:pP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รับสมัคร (ระยะเวลา 2 วัน)</w:t>
            </w:r>
          </w:p>
          <w:p w14:paraId="761A9161" w14:textId="77777777" w:rsidR="00BB7764" w:rsidRPr="003D7D56" w:rsidRDefault="00BB7764" w:rsidP="006A798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14:paraId="74481D09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0D8EEA91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3EC97FBD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BB7764" w14:paraId="794EE99B" w14:textId="77777777" w:rsidTr="006A7986">
        <w:tc>
          <w:tcPr>
            <w:tcW w:w="702" w:type="dxa"/>
          </w:tcPr>
          <w:p w14:paraId="63196FC0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3546" w:type="dxa"/>
          </w:tcPr>
          <w:p w14:paraId="61E10E89" w14:textId="77777777" w:rsidR="00BB7764" w:rsidRPr="003D7D56" w:rsidRDefault="00BB7764" w:rsidP="006A798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เชิญประชุมครั้งที่ 2/2565 (คกก.เลือกตั้ง ฯ) และตรวจสอบคุณสมบัติผู้สมัคร</w:t>
            </w:r>
          </w:p>
        </w:tc>
        <w:tc>
          <w:tcPr>
            <w:tcW w:w="1701" w:type="dxa"/>
          </w:tcPr>
          <w:p w14:paraId="11F78C4B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60CDC9A6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51BDCC2E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BB7764" w14:paraId="360EA66C" w14:textId="77777777" w:rsidTr="006A7986">
        <w:tc>
          <w:tcPr>
            <w:tcW w:w="702" w:type="dxa"/>
          </w:tcPr>
          <w:p w14:paraId="6364EAE6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3546" w:type="dxa"/>
          </w:tcPr>
          <w:p w14:paraId="319462AE" w14:textId="77777777" w:rsidR="00BB7764" w:rsidRDefault="00BB7764" w:rsidP="006A7986">
            <w:pPr>
              <w:rPr>
                <w:rFonts w:ascii="TH SarabunIT๙" w:hAnsi="TH SarabunIT๙" w:cs="TH SarabunIT๙"/>
                <w:sz w:val="28"/>
              </w:rPr>
            </w:pP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ประกาศรายชื่อผู้สมัครและผู้มีสิทธิลงคะแนน</w:t>
            </w:r>
          </w:p>
          <w:p w14:paraId="249A80FC" w14:textId="77777777" w:rsidR="00BB7764" w:rsidRPr="003D7D56" w:rsidRDefault="00BB7764" w:rsidP="006A798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14:paraId="5652F9DE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4848ADF0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2745A66F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BB7764" w14:paraId="4C548488" w14:textId="77777777" w:rsidTr="006A7986">
        <w:tc>
          <w:tcPr>
            <w:tcW w:w="702" w:type="dxa"/>
          </w:tcPr>
          <w:p w14:paraId="6B135C9E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3546" w:type="dxa"/>
          </w:tcPr>
          <w:p w14:paraId="60D4FC01" w14:textId="77777777" w:rsidR="00BB7764" w:rsidRPr="003D7D56" w:rsidRDefault="00BB7764" w:rsidP="006A7986">
            <w:pPr>
              <w:rPr>
                <w:rFonts w:ascii="TH SarabunIT๙" w:hAnsi="TH SarabunIT๙" w:cs="TH SarabunIT๙"/>
                <w:sz w:val="28"/>
              </w:rPr>
            </w:pP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ถอนตัว</w:t>
            </w:r>
          </w:p>
          <w:p w14:paraId="65D48DB3" w14:textId="77777777" w:rsidR="00BB7764" w:rsidRPr="003D7D56" w:rsidRDefault="00BB7764" w:rsidP="006A798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14:paraId="264CF5FA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71854B83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21AEDCAC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BB7764" w14:paraId="5CC91C49" w14:textId="77777777" w:rsidTr="006A7986">
        <w:tc>
          <w:tcPr>
            <w:tcW w:w="702" w:type="dxa"/>
          </w:tcPr>
          <w:p w14:paraId="616D2B46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3546" w:type="dxa"/>
          </w:tcPr>
          <w:p w14:paraId="3421FC6A" w14:textId="77777777" w:rsidR="00BB7764" w:rsidRPr="003D7D56" w:rsidRDefault="00BB7764" w:rsidP="006A798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เชิญประชุมครั้งที่ 2/2565 (คกก.ดำเนินการเลือกตั้ง) จับสลาก</w:t>
            </w:r>
          </w:p>
        </w:tc>
        <w:tc>
          <w:tcPr>
            <w:tcW w:w="1701" w:type="dxa"/>
          </w:tcPr>
          <w:p w14:paraId="16DD3C23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4058C516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288DA394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BB7764" w14:paraId="6738C66A" w14:textId="77777777" w:rsidTr="006A7986">
        <w:tc>
          <w:tcPr>
            <w:tcW w:w="702" w:type="dxa"/>
          </w:tcPr>
          <w:p w14:paraId="2A4F0D37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3546" w:type="dxa"/>
          </w:tcPr>
          <w:p w14:paraId="35BAB1A6" w14:textId="77777777" w:rsidR="00BB7764" w:rsidRPr="003D7D56" w:rsidRDefault="00BB7764" w:rsidP="006A7986">
            <w:pPr>
              <w:rPr>
                <w:rFonts w:ascii="TH SarabunIT๙" w:hAnsi="TH SarabunIT๙" w:cs="TH SarabunIT๙"/>
                <w:sz w:val="28"/>
              </w:rPr>
            </w:pP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เลือกตั้งล่วงหน้า</w:t>
            </w:r>
          </w:p>
          <w:p w14:paraId="563E0FC2" w14:textId="77777777" w:rsidR="00BB7764" w:rsidRPr="003D7D56" w:rsidRDefault="00BB7764" w:rsidP="006A798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14:paraId="25EF793E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6F0B0B59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15BF4EA5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BB7764" w14:paraId="68DEFED9" w14:textId="77777777" w:rsidTr="006A7986">
        <w:tc>
          <w:tcPr>
            <w:tcW w:w="702" w:type="dxa"/>
          </w:tcPr>
          <w:p w14:paraId="0820AC60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3546" w:type="dxa"/>
          </w:tcPr>
          <w:p w14:paraId="68818683" w14:textId="77777777" w:rsidR="00BB7764" w:rsidRPr="003D7D56" w:rsidRDefault="00BB7764" w:rsidP="006A7986">
            <w:pPr>
              <w:rPr>
                <w:rFonts w:ascii="TH SarabunIT๙" w:hAnsi="TH SarabunIT๙" w:cs="TH SarabunIT๙"/>
                <w:sz w:val="28"/>
              </w:rPr>
            </w:pP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เลือกตั้ง</w:t>
            </w:r>
          </w:p>
          <w:p w14:paraId="4C122CCD" w14:textId="77777777" w:rsidR="00BB7764" w:rsidRPr="003D7D56" w:rsidRDefault="00BB7764" w:rsidP="006A798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14:paraId="704D8CCF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6A1FE752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64FA1405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BB7764" w14:paraId="5ABF711F" w14:textId="77777777" w:rsidTr="006A7986">
        <w:tc>
          <w:tcPr>
            <w:tcW w:w="702" w:type="dxa"/>
          </w:tcPr>
          <w:p w14:paraId="4DE3AE69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3546" w:type="dxa"/>
          </w:tcPr>
          <w:p w14:paraId="32A6DB58" w14:textId="77777777" w:rsidR="00BB7764" w:rsidRPr="003D7D56" w:rsidRDefault="00BB7764" w:rsidP="006A7986">
            <w:pPr>
              <w:rPr>
                <w:rFonts w:ascii="TH SarabunIT๙" w:hAnsi="TH SarabunIT๙" w:cs="TH SarabunIT๙"/>
                <w:sz w:val="28"/>
              </w:rPr>
            </w:pP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ประกาศผล/คัดค้าน (24 ชั่วโมง)</w:t>
            </w:r>
          </w:p>
          <w:p w14:paraId="463999B5" w14:textId="77777777" w:rsidR="00BB7764" w:rsidRPr="003D7D56" w:rsidRDefault="00BB7764" w:rsidP="006A798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นับจากประกาศผล ฯ</w:t>
            </w:r>
          </w:p>
        </w:tc>
        <w:tc>
          <w:tcPr>
            <w:tcW w:w="1701" w:type="dxa"/>
          </w:tcPr>
          <w:p w14:paraId="2ACA8D52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379C5117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02DFB215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BB7764" w14:paraId="41CB30DB" w14:textId="77777777" w:rsidTr="006A7986">
        <w:tc>
          <w:tcPr>
            <w:tcW w:w="702" w:type="dxa"/>
          </w:tcPr>
          <w:p w14:paraId="7D639384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3546" w:type="dxa"/>
          </w:tcPr>
          <w:p w14:paraId="701F3D50" w14:textId="77777777" w:rsidR="00BB7764" w:rsidRPr="003D7D56" w:rsidRDefault="00BB7764" w:rsidP="006A798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เชิญประชุมครั้งที่ 3/2565</w:t>
            </w:r>
            <w:r w:rsidRPr="003D7D56"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(คกก.เลือกตั้ง ฯ)</w:t>
            </w:r>
          </w:p>
        </w:tc>
        <w:tc>
          <w:tcPr>
            <w:tcW w:w="1701" w:type="dxa"/>
          </w:tcPr>
          <w:p w14:paraId="79802AC2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44F548B1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10F27DA7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BB7764" w14:paraId="1727175F" w14:textId="77777777" w:rsidTr="006A7986">
        <w:tc>
          <w:tcPr>
            <w:tcW w:w="702" w:type="dxa"/>
          </w:tcPr>
          <w:p w14:paraId="2B1E1C73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16</w:t>
            </w:r>
          </w:p>
        </w:tc>
        <w:tc>
          <w:tcPr>
            <w:tcW w:w="3546" w:type="dxa"/>
          </w:tcPr>
          <w:p w14:paraId="3D3627EB" w14:textId="77777777" w:rsidR="00BB7764" w:rsidRPr="003D7D56" w:rsidRDefault="00BB7764" w:rsidP="006A7986">
            <w:pPr>
              <w:rPr>
                <w:rFonts w:ascii="TH SarabunIT๙" w:hAnsi="TH SarabunIT๙" w:cs="TH SarabunIT๙"/>
                <w:sz w:val="28"/>
              </w:rPr>
            </w:pP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รายงายผลต่อมหาวิทยาลัยและส่งรายชื่อ</w:t>
            </w:r>
          </w:p>
          <w:p w14:paraId="61A6286D" w14:textId="77777777" w:rsidR="00BB7764" w:rsidRPr="003D7D56" w:rsidRDefault="00BB7764" w:rsidP="006A798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14:paraId="3E69D76E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7D7A7E22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5F45E31F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BB7764" w14:paraId="2FB9A591" w14:textId="77777777" w:rsidTr="006A7986">
        <w:tc>
          <w:tcPr>
            <w:tcW w:w="702" w:type="dxa"/>
          </w:tcPr>
          <w:p w14:paraId="51B85BB2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17</w:t>
            </w:r>
          </w:p>
        </w:tc>
        <w:tc>
          <w:tcPr>
            <w:tcW w:w="3546" w:type="dxa"/>
          </w:tcPr>
          <w:p w14:paraId="28A2A0BE" w14:textId="77777777" w:rsidR="00BB7764" w:rsidRPr="003D7D56" w:rsidRDefault="00BB7764" w:rsidP="006A7986">
            <w:pPr>
              <w:rPr>
                <w:rFonts w:ascii="TH SarabunIT๙" w:hAnsi="TH SarabunIT๙" w:cs="TH SarabunIT๙"/>
                <w:sz w:val="28"/>
              </w:rPr>
            </w:pPr>
            <w:r w:rsidRPr="003D7D56">
              <w:rPr>
                <w:rFonts w:ascii="TH SarabunIT๙" w:hAnsi="TH SarabunIT๙" w:cs="TH SarabunIT๙" w:hint="cs"/>
                <w:sz w:val="28"/>
                <w:cs/>
              </w:rPr>
              <w:t>จับสลาก</w:t>
            </w:r>
          </w:p>
          <w:p w14:paraId="01FD7424" w14:textId="77777777" w:rsidR="00BB7764" w:rsidRPr="003D7D56" w:rsidRDefault="00BB7764" w:rsidP="006A798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14:paraId="735D37C1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5A30ED89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14:paraId="22158C72" w14:textId="77777777" w:rsidR="00BB7764" w:rsidRPr="003D7D56" w:rsidRDefault="00BB7764" w:rsidP="006A79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1CDEB05E" w14:textId="74AB0AC0" w:rsidR="008366C2" w:rsidRPr="00480ABB" w:rsidRDefault="00BB776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textWrapping" w:clear="all"/>
      </w:r>
      <w:r w:rsidRPr="00480ABB">
        <w:rPr>
          <w:rFonts w:ascii="TH SarabunIT๙" w:hAnsi="TH SarabunIT๙" w:cs="TH SarabunIT๙"/>
          <w:sz w:val="32"/>
          <w:szCs w:val="32"/>
        </w:rPr>
        <w:br w:type="page"/>
      </w:r>
    </w:p>
    <w:p w14:paraId="2620D2A7" w14:textId="2264D829" w:rsidR="008366C2" w:rsidRPr="00480ABB" w:rsidRDefault="007313BC">
      <w:pPr>
        <w:jc w:val="center"/>
        <w:rPr>
          <w:rFonts w:ascii="TH SarabunIT๙" w:hAnsi="TH SarabunIT๙" w:cs="TH SarabunIT๙"/>
          <w:sz w:val="32"/>
          <w:szCs w:val="32"/>
        </w:rPr>
      </w:pPr>
      <w:r w:rsidRPr="007313BC">
        <w:rPr>
          <w:rFonts w:ascii="TH SarabunIT๙" w:hAnsi="TH SarabunIT๙" w:cs="TH SarabunIT๙" w:hint="cs"/>
          <w:bCs/>
          <w:sz w:val="32"/>
          <w:szCs w:val="32"/>
          <w:cs/>
          <w:lang w:bidi="th-TH"/>
        </w:rPr>
        <w:lastRenderedPageBreak/>
        <w:t>ร่าง</w:t>
      </w:r>
      <w:proofErr w:type="spellStart"/>
      <w:r w:rsidRPr="00480ABB">
        <w:rPr>
          <w:rFonts w:ascii="TH SarabunIT๙" w:hAnsi="TH SarabunIT๙" w:cs="TH SarabunIT๙"/>
          <w:b/>
          <w:sz w:val="32"/>
          <w:szCs w:val="32"/>
        </w:rPr>
        <w:t>แบบฟอร์มที่</w:t>
      </w:r>
      <w:proofErr w:type="spellEnd"/>
      <w:r w:rsidRPr="00480ABB">
        <w:rPr>
          <w:rFonts w:ascii="TH SarabunIT๙" w:hAnsi="TH SarabunIT๙" w:cs="TH SarabunIT๙"/>
          <w:b/>
          <w:sz w:val="32"/>
          <w:szCs w:val="32"/>
        </w:rPr>
        <w:t xml:space="preserve"> ๒</w:t>
      </w:r>
    </w:p>
    <w:p w14:paraId="543E159A" w14:textId="51DE4C16" w:rsidR="008366C2" w:rsidRPr="00225838" w:rsidRDefault="00F57CB9">
      <w:pPr>
        <w:jc w:val="center"/>
        <w:rPr>
          <w:rFonts w:ascii="TH SarabunIT๙" w:hAnsi="TH SarabunIT๙" w:cs="TH SarabunIT๙" w:hint="cs"/>
          <w:bCs/>
          <w:sz w:val="32"/>
          <w:szCs w:val="32"/>
          <w:cs/>
          <w:lang w:bidi="th-TH"/>
        </w:rPr>
      </w:pPr>
      <w:proofErr w:type="spellStart"/>
      <w:r w:rsidRPr="00480ABB">
        <w:rPr>
          <w:rFonts w:ascii="TH SarabunIT๙" w:hAnsi="TH SarabunIT๙" w:cs="TH SarabunIT๙"/>
          <w:b/>
          <w:sz w:val="32"/>
          <w:szCs w:val="32"/>
        </w:rPr>
        <w:t>ใบสมัครเข้ารับการ</w:t>
      </w:r>
      <w:proofErr w:type="spellEnd"/>
      <w:r w:rsidR="00225838" w:rsidRPr="00225838">
        <w:rPr>
          <w:rFonts w:ascii="TH SarabunIT๙" w:hAnsi="TH SarabunIT๙" w:cs="TH SarabunIT๙" w:hint="cs"/>
          <w:bCs/>
          <w:sz w:val="32"/>
          <w:szCs w:val="32"/>
          <w:cs/>
          <w:lang w:bidi="th-TH"/>
        </w:rPr>
        <w:t>สรรหา</w:t>
      </w:r>
    </w:p>
    <w:p w14:paraId="6CCF92FA" w14:textId="77777777" w:rsidR="008366C2" w:rsidRPr="00480ABB" w:rsidRDefault="00F57CB9" w:rsidP="00EF58B0">
      <w:pPr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เขียนที่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........................................................................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วันที่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เดือน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พ.ศ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>. ............</w:t>
      </w:r>
    </w:p>
    <w:p w14:paraId="72467F72" w14:textId="6625B268" w:rsidR="008366C2" w:rsidRPr="00480ABB" w:rsidRDefault="00F57CB9" w:rsidP="00EF58B0">
      <w:pPr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ชื่อ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>–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นามสกุล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>/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ตำแหน่งทางวิชาการ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..........................................................................................</w:t>
      </w:r>
      <w:r w:rsidR="00EF58B0">
        <w:rPr>
          <w:rFonts w:ascii="TH SarabunIT๙" w:hAnsi="TH SarabunIT๙" w:cs="TH SarabunIT๙"/>
          <w:sz w:val="32"/>
          <w:szCs w:val="32"/>
        </w:rPr>
        <w:t>......</w:t>
      </w:r>
      <w:r w:rsidRPr="00480ABB">
        <w:rPr>
          <w:rFonts w:ascii="TH SarabunIT๙" w:hAnsi="TH SarabunIT๙" w:cs="TH SarabunIT๙"/>
          <w:sz w:val="32"/>
          <w:szCs w:val="32"/>
        </w:rPr>
        <w:t>......</w:t>
      </w:r>
    </w:p>
    <w:p w14:paraId="159437B8" w14:textId="084DFCE1" w:rsidR="008366C2" w:rsidRPr="00480ABB" w:rsidRDefault="00F57CB9" w:rsidP="00EF58B0">
      <w:pPr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ตำแหน่ง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........................................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สังกัดคณะ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>/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หน่วยงาน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...............................................</w:t>
      </w:r>
      <w:r w:rsidR="00EF58B0">
        <w:rPr>
          <w:rFonts w:ascii="TH SarabunIT๙" w:hAnsi="TH SarabunIT๙" w:cs="TH SarabunIT๙"/>
          <w:sz w:val="32"/>
          <w:szCs w:val="32"/>
        </w:rPr>
        <w:t>...</w:t>
      </w:r>
      <w:r w:rsidRPr="00480ABB">
        <w:rPr>
          <w:rFonts w:ascii="TH SarabunIT๙" w:hAnsi="TH SarabunIT๙" w:cs="TH SarabunIT๙"/>
          <w:sz w:val="32"/>
          <w:szCs w:val="32"/>
        </w:rPr>
        <w:t>..........</w:t>
      </w:r>
      <w:r w:rsidR="00EF58B0">
        <w:rPr>
          <w:rFonts w:ascii="TH SarabunIT๙" w:hAnsi="TH SarabunIT๙" w:cs="TH SarabunIT๙"/>
          <w:sz w:val="32"/>
          <w:szCs w:val="32"/>
        </w:rPr>
        <w:t>..</w:t>
      </w:r>
      <w:r w:rsidRPr="00480ABB">
        <w:rPr>
          <w:rFonts w:ascii="TH SarabunIT๙" w:hAnsi="TH SarabunIT๙" w:cs="TH SarabunIT๙"/>
          <w:sz w:val="32"/>
          <w:szCs w:val="32"/>
        </w:rPr>
        <w:t>.....</w:t>
      </w:r>
    </w:p>
    <w:p w14:paraId="722A58B2" w14:textId="7A461438" w:rsidR="008366C2" w:rsidRPr="00480ABB" w:rsidRDefault="00F57CB9" w:rsidP="00EF58B0">
      <w:pPr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เลขประจำตัวบุคลากร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................................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โทรศัพท์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.............................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อีเมล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...........................</w:t>
      </w:r>
      <w:r w:rsidR="00EF58B0">
        <w:rPr>
          <w:rFonts w:ascii="TH SarabunIT๙" w:hAnsi="TH SarabunIT๙" w:cs="TH SarabunIT๙"/>
          <w:sz w:val="32"/>
          <w:szCs w:val="32"/>
        </w:rPr>
        <w:t>..</w:t>
      </w:r>
      <w:r w:rsidRPr="00480ABB">
        <w:rPr>
          <w:rFonts w:ascii="TH SarabunIT๙" w:hAnsi="TH SarabunIT๙" w:cs="TH SarabunIT๙"/>
          <w:sz w:val="32"/>
          <w:szCs w:val="32"/>
        </w:rPr>
        <w:t>.....</w:t>
      </w:r>
    </w:p>
    <w:p w14:paraId="4E04A64F" w14:textId="77777777" w:rsidR="00225838" w:rsidRDefault="00F57CB9" w:rsidP="00EF58B0">
      <w:pPr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ขอสมัครเข้ารับการ</w:t>
      </w:r>
      <w:proofErr w:type="spellEnd"/>
      <w:r w:rsidR="00225838">
        <w:rPr>
          <w:rFonts w:ascii="TH SarabunIT๙" w:hAnsi="TH SarabunIT๙" w:cs="TH SarabunIT๙" w:hint="cs"/>
          <w:sz w:val="32"/>
          <w:szCs w:val="32"/>
          <w:cs/>
          <w:lang w:bidi="th-TH"/>
        </w:rPr>
        <w:t>สรรหา</w:t>
      </w:r>
      <w:r w:rsidRPr="00480ABB">
        <w:rPr>
          <w:rFonts w:ascii="TH SarabunIT๙" w:hAnsi="TH SarabunIT๙" w:cs="TH SarabunIT๙"/>
          <w:sz w:val="32"/>
          <w:szCs w:val="32"/>
        </w:rPr>
        <w:t>เป็น</w:t>
      </w:r>
      <w:r w:rsidR="00225838">
        <w:rPr>
          <w:rFonts w:ascii="TH SarabunIT๙" w:hAnsi="TH SarabunIT๙" w:cs="TH SarabunIT๙" w:hint="cs"/>
          <w:sz w:val="32"/>
          <w:szCs w:val="32"/>
          <w:cs/>
          <w:lang w:bidi="th-TH"/>
        </w:rPr>
        <w:t>ผู้แทนของคณาจารย์เพื่อเข้ารับการเลือกตั้งเป็น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กรรมการสภา</w:t>
      </w:r>
      <w:proofErr w:type="spellEnd"/>
    </w:p>
    <w:p w14:paraId="5D99901C" w14:textId="6A86BCC4" w:rsidR="008366C2" w:rsidRPr="00480ABB" w:rsidRDefault="00F57CB9" w:rsidP="00EF58B0">
      <w:pPr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มหาวิทยาลัยรามคำแหง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กลุ่มคณาจารย์ประจำ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ตามมาตรา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๑๖ (๔)</w:t>
      </w:r>
    </w:p>
    <w:p w14:paraId="673A6E4B" w14:textId="77777777" w:rsidR="008366C2" w:rsidRPr="00480ABB" w:rsidRDefault="00F57CB9" w:rsidP="00EF58B0">
      <w:pPr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ข้าพเจ้ารับรองว่าข้อมูลและเอกสารเป็นความจริง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และมีคุณสมบัติตามข้อบังคับและประกาศที่เกี่ยวข้อง</w:t>
      </w:r>
      <w:proofErr w:type="spellEnd"/>
    </w:p>
    <w:p w14:paraId="47A61135" w14:textId="77777777" w:rsidR="008366C2" w:rsidRPr="00480ABB" w:rsidRDefault="00F57CB9" w:rsidP="00EF58B0">
      <w:pPr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เอกสารแนบ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: </w:t>
      </w:r>
      <w:r w:rsidRPr="00480ABB">
        <w:rPr>
          <w:rFonts w:ascii="Arial" w:hAnsi="Arial" w:cs="Arial"/>
          <w:sz w:val="32"/>
          <w:szCs w:val="32"/>
        </w:rPr>
        <w:t>□</w:t>
      </w:r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สำเนาบัตรบุคลากร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r w:rsidRPr="00480ABB">
        <w:rPr>
          <w:rFonts w:ascii="Arial" w:hAnsi="Arial" w:cs="Arial"/>
          <w:sz w:val="32"/>
          <w:szCs w:val="32"/>
        </w:rPr>
        <w:t>□</w:t>
      </w:r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หนังสือรับรองคุณสมบัติ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r w:rsidRPr="00480ABB">
        <w:rPr>
          <w:rFonts w:ascii="Arial" w:hAnsi="Arial" w:cs="Arial"/>
          <w:sz w:val="32"/>
          <w:szCs w:val="32"/>
        </w:rPr>
        <w:t>□</w:t>
      </w:r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รูปถ่าย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r w:rsidRPr="00480ABB">
        <w:rPr>
          <w:rFonts w:ascii="Arial" w:hAnsi="Arial" w:cs="Arial"/>
          <w:sz w:val="32"/>
          <w:szCs w:val="32"/>
        </w:rPr>
        <w:t>□</w:t>
      </w:r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อื่น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ๆ ........................</w:t>
      </w:r>
    </w:p>
    <w:p w14:paraId="48EEEF8D" w14:textId="77777777" w:rsidR="008366C2" w:rsidRPr="00480ABB" w:rsidRDefault="00F57CB9" w:rsidP="00EF58B0">
      <w:pPr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ลงชื่อ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................................................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ผู้สมัคร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(................................................)</w:t>
      </w:r>
    </w:p>
    <w:p w14:paraId="1168D123" w14:textId="77777777" w:rsidR="008366C2" w:rsidRPr="00480ABB" w:rsidRDefault="00F57CB9" w:rsidP="00EF58B0">
      <w:pPr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สำหรับเจ้าหน้าที่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: รับวันที่ ................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เวลา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 น. </w:t>
      </w:r>
      <w:r w:rsidRPr="00480ABB">
        <w:rPr>
          <w:rFonts w:ascii="Arial" w:hAnsi="Arial" w:cs="Arial"/>
          <w:sz w:val="32"/>
          <w:szCs w:val="32"/>
        </w:rPr>
        <w:t>□</w:t>
      </w:r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เอกสารครบ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r w:rsidRPr="00480ABB">
        <w:rPr>
          <w:rFonts w:ascii="Arial" w:hAnsi="Arial" w:cs="Arial"/>
          <w:sz w:val="32"/>
          <w:szCs w:val="32"/>
        </w:rPr>
        <w:t>□</w:t>
      </w:r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เอกสารไม่ครบ</w:t>
      </w:r>
      <w:proofErr w:type="spellEnd"/>
    </w:p>
    <w:p w14:paraId="7D2BE82E" w14:textId="703F2707" w:rsidR="008366C2" w:rsidRPr="00480ABB" w:rsidRDefault="00F57CB9" w:rsidP="00EF58B0">
      <w:pPr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ผลตรวจคุณสมบัติ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: </w:t>
      </w:r>
      <w:r w:rsidRPr="00480ABB">
        <w:rPr>
          <w:rFonts w:ascii="Arial" w:hAnsi="Arial" w:cs="Arial"/>
          <w:sz w:val="32"/>
          <w:szCs w:val="32"/>
        </w:rPr>
        <w:t>□</w:t>
      </w:r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ผ่าน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r w:rsidRPr="00480ABB">
        <w:rPr>
          <w:rFonts w:ascii="Arial" w:hAnsi="Arial" w:cs="Arial"/>
          <w:sz w:val="32"/>
          <w:szCs w:val="32"/>
        </w:rPr>
        <w:t>□</w:t>
      </w:r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ไม่ผ่าน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เหตุผล ..............................................................................</w:t>
      </w:r>
      <w:r w:rsidR="00EF58B0">
        <w:rPr>
          <w:rFonts w:ascii="TH SarabunIT๙" w:hAnsi="TH SarabunIT๙" w:cs="TH SarabunIT๙"/>
          <w:sz w:val="32"/>
          <w:szCs w:val="32"/>
        </w:rPr>
        <w:t>.......</w:t>
      </w:r>
      <w:r w:rsidRPr="00480ABB">
        <w:rPr>
          <w:rFonts w:ascii="TH SarabunIT๙" w:hAnsi="TH SarabunIT๙" w:cs="TH SarabunIT๙"/>
          <w:sz w:val="32"/>
          <w:szCs w:val="32"/>
        </w:rPr>
        <w:t>..</w:t>
      </w:r>
    </w:p>
    <w:p w14:paraId="18771CF5" w14:textId="77777777" w:rsidR="008366C2" w:rsidRPr="00480ABB" w:rsidRDefault="00F57CB9" w:rsidP="00EF58B0">
      <w:pPr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ลงชื่อ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................................................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เจ้าหน้าที่ผู้รับสมัคร</w:t>
      </w:r>
      <w:proofErr w:type="spellEnd"/>
    </w:p>
    <w:p w14:paraId="2C9E9A61" w14:textId="77777777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r w:rsidRPr="00480ABB">
        <w:rPr>
          <w:rFonts w:ascii="TH SarabunIT๙" w:hAnsi="TH SarabunIT๙" w:cs="TH SarabunIT๙"/>
          <w:sz w:val="32"/>
          <w:szCs w:val="32"/>
        </w:rPr>
        <w:br w:type="page"/>
      </w:r>
    </w:p>
    <w:p w14:paraId="5B9537A1" w14:textId="11C550E6" w:rsidR="008366C2" w:rsidRPr="00480ABB" w:rsidRDefault="007313BC">
      <w:pPr>
        <w:jc w:val="center"/>
        <w:rPr>
          <w:rFonts w:ascii="TH SarabunIT๙" w:hAnsi="TH SarabunIT๙" w:cs="TH SarabunIT๙"/>
          <w:sz w:val="32"/>
          <w:szCs w:val="32"/>
        </w:rPr>
      </w:pPr>
      <w:r w:rsidRPr="007313BC">
        <w:rPr>
          <w:rFonts w:ascii="TH SarabunIT๙" w:hAnsi="TH SarabunIT๙" w:cs="TH SarabunIT๙" w:hint="cs"/>
          <w:bCs/>
          <w:sz w:val="32"/>
          <w:szCs w:val="32"/>
          <w:cs/>
          <w:lang w:bidi="th-TH"/>
        </w:rPr>
        <w:lastRenderedPageBreak/>
        <w:t>ร่าง</w:t>
      </w:r>
      <w:proofErr w:type="spellStart"/>
      <w:r w:rsidRPr="00480ABB">
        <w:rPr>
          <w:rFonts w:ascii="TH SarabunIT๙" w:hAnsi="TH SarabunIT๙" w:cs="TH SarabunIT๙"/>
          <w:b/>
          <w:sz w:val="32"/>
          <w:szCs w:val="32"/>
        </w:rPr>
        <w:t>แบบฟอร์มที่</w:t>
      </w:r>
      <w:proofErr w:type="spellEnd"/>
      <w:r w:rsidRPr="00480ABB">
        <w:rPr>
          <w:rFonts w:ascii="TH SarabunIT๙" w:hAnsi="TH SarabunIT๙" w:cs="TH SarabunIT๙"/>
          <w:b/>
          <w:sz w:val="32"/>
          <w:szCs w:val="32"/>
        </w:rPr>
        <w:t xml:space="preserve"> ๓</w:t>
      </w:r>
    </w:p>
    <w:p w14:paraId="068404C4" w14:textId="77777777" w:rsidR="008366C2" w:rsidRPr="00480ABB" w:rsidRDefault="00F57CB9">
      <w:pPr>
        <w:jc w:val="center"/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b/>
          <w:sz w:val="32"/>
          <w:szCs w:val="32"/>
        </w:rPr>
        <w:t>คำร้องขอแก้ไขบัญชีรายชื่อผู้มีสิทธิเลือกตั้ง</w:t>
      </w:r>
      <w:proofErr w:type="spellEnd"/>
    </w:p>
    <w:p w14:paraId="11B78E8D" w14:textId="77777777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เขียนที่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........................................................................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วันที่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เดือน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พ.ศ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>. ............</w:t>
      </w:r>
    </w:p>
    <w:p w14:paraId="49E4654E" w14:textId="5FE246C1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ชื่อ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>–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นามสกุล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ตำแหน่ง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>/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สังกัด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.........................................</w:t>
      </w:r>
      <w:r w:rsidR="00EF58B0">
        <w:rPr>
          <w:rFonts w:ascii="TH SarabunIT๙" w:hAnsi="TH SarabunIT๙" w:cs="TH SarabunIT๙"/>
          <w:sz w:val="32"/>
          <w:szCs w:val="32"/>
        </w:rPr>
        <w:t>..</w:t>
      </w:r>
      <w:r w:rsidRPr="00480ABB">
        <w:rPr>
          <w:rFonts w:ascii="TH SarabunIT๙" w:hAnsi="TH SarabunIT๙" w:cs="TH SarabunIT๙"/>
          <w:sz w:val="32"/>
          <w:szCs w:val="32"/>
        </w:rPr>
        <w:t>...........</w:t>
      </w:r>
    </w:p>
    <w:p w14:paraId="5A0F3002" w14:textId="06C14A5C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เลขประจำตัวบุคลากร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โทรศัพท์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............................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อีเมล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....................................</w:t>
      </w:r>
      <w:r w:rsidR="00EF58B0">
        <w:rPr>
          <w:rFonts w:ascii="TH SarabunIT๙" w:hAnsi="TH SarabunIT๙" w:cs="TH SarabunIT๙"/>
          <w:sz w:val="32"/>
          <w:szCs w:val="32"/>
        </w:rPr>
        <w:t>.</w:t>
      </w:r>
      <w:r w:rsidRPr="00480ABB">
        <w:rPr>
          <w:rFonts w:ascii="TH SarabunIT๙" w:hAnsi="TH SarabunIT๙" w:cs="TH SarabunIT๙"/>
          <w:sz w:val="32"/>
          <w:szCs w:val="32"/>
        </w:rPr>
        <w:t>......</w:t>
      </w:r>
    </w:p>
    <w:p w14:paraId="13B1B24B" w14:textId="04C78BFF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ประเภทคำร้อง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: </w:t>
      </w:r>
      <w:r w:rsidRPr="00480ABB">
        <w:rPr>
          <w:rFonts w:ascii="Arial" w:hAnsi="Arial" w:cs="Arial"/>
          <w:sz w:val="32"/>
          <w:szCs w:val="32"/>
        </w:rPr>
        <w:t>□</w:t>
      </w:r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ไม่ปรากฏชื่อ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r w:rsidRPr="00480ABB">
        <w:rPr>
          <w:rFonts w:ascii="Arial" w:hAnsi="Arial" w:cs="Arial"/>
          <w:sz w:val="32"/>
          <w:szCs w:val="32"/>
        </w:rPr>
        <w:t>□</w:t>
      </w:r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ข้อมูลไม่ถูกต้อง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r w:rsidRPr="00480ABB">
        <w:rPr>
          <w:rFonts w:ascii="Arial" w:hAnsi="Arial" w:cs="Arial"/>
          <w:sz w:val="32"/>
          <w:szCs w:val="32"/>
        </w:rPr>
        <w:t>□</w:t>
      </w:r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อื่น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ๆ ............................................................</w:t>
      </w:r>
    </w:p>
    <w:p w14:paraId="23119A80" w14:textId="77777777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ข้อเท็จจริงและรายการที่ขอแก้ไข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.........................................................................................................</w:t>
      </w:r>
    </w:p>
    <w:p w14:paraId="7560DD44" w14:textId="1AAC021F" w:rsidR="008366C2" w:rsidRDefault="00F57CB9">
      <w:pPr>
        <w:rPr>
          <w:rFonts w:ascii="TH SarabunIT๙" w:hAnsi="TH SarabunIT๙" w:cs="TH SarabunIT๙"/>
          <w:sz w:val="32"/>
          <w:szCs w:val="32"/>
        </w:rPr>
      </w:pPr>
      <w:r w:rsidRPr="00480ABB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</w:t>
      </w:r>
      <w:r w:rsidR="00EF58B0">
        <w:rPr>
          <w:rFonts w:ascii="TH SarabunIT๙" w:hAnsi="TH SarabunIT๙" w:cs="TH SarabunIT๙"/>
          <w:sz w:val="32"/>
          <w:szCs w:val="32"/>
        </w:rPr>
        <w:t>.......</w:t>
      </w:r>
      <w:r w:rsidRPr="00480ABB">
        <w:rPr>
          <w:rFonts w:ascii="TH SarabunIT๙" w:hAnsi="TH SarabunIT๙" w:cs="TH SarabunIT๙"/>
          <w:sz w:val="32"/>
          <w:szCs w:val="32"/>
        </w:rPr>
        <w:t>.......</w:t>
      </w:r>
    </w:p>
    <w:p w14:paraId="4B646DEC" w14:textId="4EE3D4E6" w:rsidR="00EF58B0" w:rsidRPr="00480ABB" w:rsidRDefault="00EF58B0">
      <w:pPr>
        <w:rPr>
          <w:rFonts w:ascii="TH SarabunIT๙" w:hAnsi="TH SarabunIT๙" w:cs="TH SarabunIT๙"/>
          <w:sz w:val="32"/>
          <w:szCs w:val="32"/>
        </w:rPr>
      </w:pPr>
      <w:r w:rsidRPr="00480ABB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</w:t>
      </w:r>
      <w:r w:rsidRPr="00480ABB">
        <w:rPr>
          <w:rFonts w:ascii="TH SarabunIT๙" w:hAnsi="TH SarabunIT๙" w:cs="TH SarabunIT๙"/>
          <w:sz w:val="32"/>
          <w:szCs w:val="32"/>
        </w:rPr>
        <w:t>.......</w:t>
      </w:r>
    </w:p>
    <w:p w14:paraId="20155F75" w14:textId="77777777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เอกสารหลักฐานประกอบ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....................................................................................................................</w:t>
      </w:r>
    </w:p>
    <w:p w14:paraId="6EFBD8C1" w14:textId="77777777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คำขอ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: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ขอให้ตรวจสอบและแก้ไขบัญชีรายชื่อให้ถูกต้องตามหลักเกณฑ์ที่กำหนด</w:t>
      </w:r>
      <w:proofErr w:type="spellEnd"/>
    </w:p>
    <w:p w14:paraId="4EB7485E" w14:textId="77777777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ลงชื่อ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................................................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ผู้ร้อง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(................................................)</w:t>
      </w:r>
    </w:p>
    <w:p w14:paraId="6860197C" w14:textId="77777777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ส่วนเจ้าหน้าที่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: รับคำร้องวันที่ ....................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ผลตรวจสอบ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>/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ความเห็น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..................................................</w:t>
      </w:r>
    </w:p>
    <w:p w14:paraId="49BE93FF" w14:textId="77777777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ลงชื่อ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................................................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ผู้รับเรื่อง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>/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ผู้พิจารณา</w:t>
      </w:r>
      <w:proofErr w:type="spellEnd"/>
    </w:p>
    <w:p w14:paraId="2F407155" w14:textId="77777777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r w:rsidRPr="00480ABB">
        <w:rPr>
          <w:rFonts w:ascii="TH SarabunIT๙" w:hAnsi="TH SarabunIT๙" w:cs="TH SarabunIT๙"/>
          <w:sz w:val="32"/>
          <w:szCs w:val="32"/>
        </w:rPr>
        <w:br w:type="page"/>
      </w:r>
    </w:p>
    <w:p w14:paraId="56489F99" w14:textId="59BD3D47" w:rsidR="008366C2" w:rsidRPr="00480ABB" w:rsidRDefault="007313BC">
      <w:pPr>
        <w:jc w:val="center"/>
        <w:rPr>
          <w:rFonts w:ascii="TH SarabunIT๙" w:hAnsi="TH SarabunIT๙" w:cs="TH SarabunIT๙"/>
          <w:sz w:val="32"/>
          <w:szCs w:val="32"/>
        </w:rPr>
      </w:pPr>
      <w:r w:rsidRPr="007313BC">
        <w:rPr>
          <w:rFonts w:ascii="TH SarabunIT๙" w:hAnsi="TH SarabunIT๙" w:cs="TH SarabunIT๙" w:hint="cs"/>
          <w:bCs/>
          <w:sz w:val="32"/>
          <w:szCs w:val="32"/>
          <w:cs/>
          <w:lang w:bidi="th-TH"/>
        </w:rPr>
        <w:lastRenderedPageBreak/>
        <w:t>ร่าง</w:t>
      </w:r>
      <w:proofErr w:type="spellStart"/>
      <w:r w:rsidRPr="00480ABB">
        <w:rPr>
          <w:rFonts w:ascii="TH SarabunIT๙" w:hAnsi="TH SarabunIT๙" w:cs="TH SarabunIT๙"/>
          <w:b/>
          <w:sz w:val="32"/>
          <w:szCs w:val="32"/>
        </w:rPr>
        <w:t>แบบฟอร์มที่</w:t>
      </w:r>
      <w:proofErr w:type="spellEnd"/>
      <w:r w:rsidRPr="00480ABB">
        <w:rPr>
          <w:rFonts w:ascii="TH SarabunIT๙" w:hAnsi="TH SarabunIT๙" w:cs="TH SarabunIT๙"/>
          <w:b/>
          <w:sz w:val="32"/>
          <w:szCs w:val="32"/>
        </w:rPr>
        <w:t xml:space="preserve"> ๔</w:t>
      </w:r>
    </w:p>
    <w:p w14:paraId="3B1F82A1" w14:textId="4F8E1352" w:rsidR="008366C2" w:rsidRPr="00480ABB" w:rsidRDefault="00F57CB9">
      <w:pPr>
        <w:jc w:val="center"/>
        <w:rPr>
          <w:rFonts w:ascii="TH SarabunIT๙" w:hAnsi="TH SarabunIT๙" w:cs="TH SarabunIT๙" w:hint="cs"/>
          <w:sz w:val="32"/>
          <w:szCs w:val="32"/>
          <w:lang w:bidi="th-TH"/>
        </w:rPr>
      </w:pPr>
      <w:proofErr w:type="spellStart"/>
      <w:r w:rsidRPr="00480ABB">
        <w:rPr>
          <w:rFonts w:ascii="TH SarabunIT๙" w:hAnsi="TH SarabunIT๙" w:cs="TH SarabunIT๙"/>
          <w:b/>
          <w:sz w:val="32"/>
          <w:szCs w:val="32"/>
        </w:rPr>
        <w:t>คำคัดค้านเกี่ยวกับการ</w:t>
      </w:r>
      <w:proofErr w:type="spellEnd"/>
      <w:r w:rsidR="00225838" w:rsidRPr="00225838">
        <w:rPr>
          <w:rFonts w:ascii="TH SarabunIT๙" w:hAnsi="TH SarabunIT๙" w:cs="TH SarabunIT๙" w:hint="cs"/>
          <w:bCs/>
          <w:sz w:val="32"/>
          <w:szCs w:val="32"/>
          <w:cs/>
          <w:lang w:bidi="th-TH"/>
        </w:rPr>
        <w:t>สรรหา</w:t>
      </w:r>
      <w:proofErr w:type="spellStart"/>
      <w:r w:rsidRPr="00480ABB">
        <w:rPr>
          <w:rFonts w:ascii="TH SarabunIT๙" w:hAnsi="TH SarabunIT๙" w:cs="TH SarabunIT๙"/>
          <w:b/>
          <w:sz w:val="32"/>
          <w:szCs w:val="32"/>
        </w:rPr>
        <w:t>หรือผลการ</w:t>
      </w:r>
      <w:proofErr w:type="spellEnd"/>
      <w:r w:rsidR="00225838" w:rsidRPr="00225838">
        <w:rPr>
          <w:rFonts w:ascii="TH SarabunIT๙" w:hAnsi="TH SarabunIT๙" w:cs="TH SarabunIT๙" w:hint="cs"/>
          <w:bCs/>
          <w:sz w:val="32"/>
          <w:szCs w:val="32"/>
          <w:cs/>
          <w:lang w:bidi="th-TH"/>
        </w:rPr>
        <w:t>สรรหา</w:t>
      </w:r>
    </w:p>
    <w:p w14:paraId="42E3305B" w14:textId="77777777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เขียนที่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........................................................................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วันที่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เดือน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พ.ศ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>. ............</w:t>
      </w:r>
    </w:p>
    <w:p w14:paraId="20C2F30B" w14:textId="77777777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ชื่อ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>–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นามสกุล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สถานะ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: </w:t>
      </w:r>
      <w:r w:rsidRPr="00480ABB">
        <w:rPr>
          <w:rFonts w:ascii="Arial" w:hAnsi="Arial" w:cs="Arial"/>
          <w:sz w:val="32"/>
          <w:szCs w:val="32"/>
        </w:rPr>
        <w:t>□</w:t>
      </w:r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ผู้สมัคร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r w:rsidRPr="00480ABB">
        <w:rPr>
          <w:rFonts w:ascii="Arial" w:hAnsi="Arial" w:cs="Arial"/>
          <w:sz w:val="32"/>
          <w:szCs w:val="32"/>
        </w:rPr>
        <w:t>□</w:t>
      </w:r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ผู้มีสิทธิเลือกตั้ง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r w:rsidRPr="00480ABB">
        <w:rPr>
          <w:rFonts w:ascii="Arial" w:hAnsi="Arial" w:cs="Arial"/>
          <w:sz w:val="32"/>
          <w:szCs w:val="32"/>
        </w:rPr>
        <w:t>□</w:t>
      </w:r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อื่น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ๆ</w:t>
      </w:r>
    </w:p>
    <w:p w14:paraId="71F2BA9E" w14:textId="6EF69704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สังกัด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>/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หน่วยงาน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โทรศัพท์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................................................</w:t>
      </w:r>
      <w:r w:rsidR="00752E41">
        <w:rPr>
          <w:rFonts w:ascii="TH SarabunIT๙" w:hAnsi="TH SarabunIT๙" w:cs="TH SarabunIT๙"/>
          <w:sz w:val="32"/>
          <w:szCs w:val="32"/>
        </w:rPr>
        <w:t>.....</w:t>
      </w:r>
      <w:r w:rsidRPr="00480ABB">
        <w:rPr>
          <w:rFonts w:ascii="TH SarabunIT๙" w:hAnsi="TH SarabunIT๙" w:cs="TH SarabunIT๙"/>
          <w:sz w:val="32"/>
          <w:szCs w:val="32"/>
        </w:rPr>
        <w:t>........</w:t>
      </w:r>
    </w:p>
    <w:p w14:paraId="07EE467F" w14:textId="77777777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เรื่องที่คัดค้าน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: </w:t>
      </w:r>
      <w:r w:rsidRPr="00480ABB">
        <w:rPr>
          <w:rFonts w:ascii="Arial" w:hAnsi="Arial" w:cs="Arial"/>
          <w:sz w:val="32"/>
          <w:szCs w:val="32"/>
        </w:rPr>
        <w:t>□</w:t>
      </w:r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คุณสมบัติ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>/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รับสมัคร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r w:rsidRPr="00480ABB">
        <w:rPr>
          <w:rFonts w:ascii="Arial" w:hAnsi="Arial" w:cs="Arial"/>
          <w:sz w:val="32"/>
          <w:szCs w:val="32"/>
        </w:rPr>
        <w:t>□</w:t>
      </w:r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บัญชีรายชื่อ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r w:rsidRPr="00480ABB">
        <w:rPr>
          <w:rFonts w:ascii="Arial" w:hAnsi="Arial" w:cs="Arial"/>
          <w:sz w:val="32"/>
          <w:szCs w:val="32"/>
        </w:rPr>
        <w:t>□</w:t>
      </w:r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ลงคะแนน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r w:rsidRPr="00480ABB">
        <w:rPr>
          <w:rFonts w:ascii="Arial" w:hAnsi="Arial" w:cs="Arial"/>
          <w:sz w:val="32"/>
          <w:szCs w:val="32"/>
        </w:rPr>
        <w:t>□</w:t>
      </w:r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นับคะแนน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r w:rsidRPr="00480ABB">
        <w:rPr>
          <w:rFonts w:ascii="Arial" w:hAnsi="Arial" w:cs="Arial"/>
          <w:sz w:val="32"/>
          <w:szCs w:val="32"/>
        </w:rPr>
        <w:t>□</w:t>
      </w:r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ผลเลือกตั้ง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r w:rsidRPr="00480ABB">
        <w:rPr>
          <w:rFonts w:ascii="Arial" w:hAnsi="Arial" w:cs="Arial"/>
          <w:sz w:val="32"/>
          <w:szCs w:val="32"/>
        </w:rPr>
        <w:t>□</w:t>
      </w:r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อื่น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ๆ</w:t>
      </w:r>
    </w:p>
    <w:p w14:paraId="5B133CCB" w14:textId="77777777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วัน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เวลา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สถานที่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หรือขั้นตอนที่เกี่ยวข้อง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............................................................................................</w:t>
      </w:r>
    </w:p>
    <w:p w14:paraId="0C101C9A" w14:textId="77777777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ข้อเท็จจริงและเหตุแห่งการคัดค้าน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.....................................................................................................</w:t>
      </w:r>
    </w:p>
    <w:p w14:paraId="61260627" w14:textId="4E5F7661" w:rsidR="008366C2" w:rsidRDefault="00F57CB9">
      <w:pPr>
        <w:rPr>
          <w:rFonts w:ascii="TH SarabunIT๙" w:hAnsi="TH SarabunIT๙" w:cs="TH SarabunIT๙"/>
          <w:sz w:val="32"/>
          <w:szCs w:val="32"/>
        </w:rPr>
      </w:pPr>
      <w:r w:rsidRPr="00480ABB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</w:t>
      </w:r>
      <w:r w:rsidR="00752E41">
        <w:rPr>
          <w:rFonts w:ascii="TH SarabunIT๙" w:hAnsi="TH SarabunIT๙" w:cs="TH SarabunIT๙"/>
          <w:sz w:val="32"/>
          <w:szCs w:val="32"/>
        </w:rPr>
        <w:t>......</w:t>
      </w:r>
      <w:r w:rsidRPr="00480ABB">
        <w:rPr>
          <w:rFonts w:ascii="TH SarabunIT๙" w:hAnsi="TH SarabunIT๙" w:cs="TH SarabunIT๙"/>
          <w:sz w:val="32"/>
          <w:szCs w:val="32"/>
        </w:rPr>
        <w:t>..</w:t>
      </w:r>
    </w:p>
    <w:p w14:paraId="53EBF54E" w14:textId="77777777" w:rsidR="00752E41" w:rsidRPr="00480ABB" w:rsidRDefault="00752E41" w:rsidP="00752E41">
      <w:pPr>
        <w:rPr>
          <w:rFonts w:ascii="TH SarabunIT๙" w:hAnsi="TH SarabunIT๙" w:cs="TH SarabunIT๙"/>
          <w:sz w:val="32"/>
          <w:szCs w:val="32"/>
        </w:rPr>
      </w:pPr>
      <w:r w:rsidRPr="00480ABB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</w:t>
      </w:r>
      <w:r w:rsidRPr="00480ABB">
        <w:rPr>
          <w:rFonts w:ascii="TH SarabunIT๙" w:hAnsi="TH SarabunIT๙" w:cs="TH SarabunIT๙"/>
          <w:sz w:val="32"/>
          <w:szCs w:val="32"/>
        </w:rPr>
        <w:t>..</w:t>
      </w:r>
    </w:p>
    <w:p w14:paraId="276B215F" w14:textId="7A535261" w:rsidR="00752E41" w:rsidRPr="00480ABB" w:rsidRDefault="00752E41">
      <w:pPr>
        <w:rPr>
          <w:rFonts w:ascii="TH SarabunIT๙" w:hAnsi="TH SarabunIT๙" w:cs="TH SarabunIT๙"/>
          <w:sz w:val="32"/>
          <w:szCs w:val="32"/>
        </w:rPr>
      </w:pPr>
      <w:r w:rsidRPr="00480ABB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</w:t>
      </w:r>
      <w:r w:rsidRPr="00480ABB">
        <w:rPr>
          <w:rFonts w:ascii="TH SarabunIT๙" w:hAnsi="TH SarabunIT๙" w:cs="TH SarabunIT๙"/>
          <w:sz w:val="32"/>
          <w:szCs w:val="32"/>
        </w:rPr>
        <w:t>..</w:t>
      </w:r>
    </w:p>
    <w:p w14:paraId="0AC6E794" w14:textId="77777777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ข้อกฎหมาย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>/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ข้อกำหนดที่อ้าง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(ถ้ามี) ....................................................................................................</w:t>
      </w:r>
    </w:p>
    <w:p w14:paraId="0BAED157" w14:textId="2B9D58AC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คำขอให้ดำเนินการ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.......................................................................................................................</w:t>
      </w:r>
      <w:r w:rsidR="00752E41">
        <w:rPr>
          <w:rFonts w:ascii="TH SarabunIT๙" w:hAnsi="TH SarabunIT๙" w:cs="TH SarabunIT๙"/>
          <w:sz w:val="32"/>
          <w:szCs w:val="32"/>
        </w:rPr>
        <w:t>.</w:t>
      </w:r>
      <w:r w:rsidRPr="00480ABB">
        <w:rPr>
          <w:rFonts w:ascii="TH SarabunIT๙" w:hAnsi="TH SarabunIT๙" w:cs="TH SarabunIT๙"/>
          <w:sz w:val="32"/>
          <w:szCs w:val="32"/>
        </w:rPr>
        <w:t>......</w:t>
      </w:r>
    </w:p>
    <w:p w14:paraId="4CA1AF67" w14:textId="77777777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พยานหลักฐานที่แนบ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..........................................................................................................................</w:t>
      </w:r>
    </w:p>
    <w:p w14:paraId="71D2D01E" w14:textId="77777777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ลงชื่อ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................................................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ผู้คัดค้าน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(................................................)</w:t>
      </w:r>
    </w:p>
    <w:p w14:paraId="3F86F699" w14:textId="77777777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ส่วนคณะกรรมการ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: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รับคำคัดค้านวันที่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ผลการพิจารณา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...................................................</w:t>
      </w:r>
    </w:p>
    <w:p w14:paraId="37AF3468" w14:textId="77777777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r w:rsidRPr="00480ABB">
        <w:rPr>
          <w:rFonts w:ascii="TH SarabunIT๙" w:hAnsi="TH SarabunIT๙" w:cs="TH SarabunIT๙"/>
          <w:sz w:val="32"/>
          <w:szCs w:val="32"/>
        </w:rPr>
        <w:br w:type="page"/>
      </w:r>
    </w:p>
    <w:p w14:paraId="577A580A" w14:textId="4BE4AFB3" w:rsidR="008366C2" w:rsidRPr="00480ABB" w:rsidRDefault="007313BC">
      <w:pPr>
        <w:jc w:val="center"/>
        <w:rPr>
          <w:rFonts w:ascii="TH SarabunIT๙" w:hAnsi="TH SarabunIT๙" w:cs="TH SarabunIT๙"/>
          <w:sz w:val="32"/>
          <w:szCs w:val="32"/>
        </w:rPr>
      </w:pPr>
      <w:r w:rsidRPr="007313BC">
        <w:rPr>
          <w:rFonts w:ascii="TH SarabunIT๙" w:hAnsi="TH SarabunIT๙" w:cs="TH SarabunIT๙" w:hint="cs"/>
          <w:bCs/>
          <w:sz w:val="32"/>
          <w:szCs w:val="32"/>
          <w:cs/>
          <w:lang w:bidi="th-TH"/>
        </w:rPr>
        <w:lastRenderedPageBreak/>
        <w:t>ร่าง</w:t>
      </w:r>
      <w:proofErr w:type="spellStart"/>
      <w:r w:rsidRPr="00480ABB">
        <w:rPr>
          <w:rFonts w:ascii="TH SarabunIT๙" w:hAnsi="TH SarabunIT๙" w:cs="TH SarabunIT๙"/>
          <w:b/>
          <w:sz w:val="32"/>
          <w:szCs w:val="32"/>
        </w:rPr>
        <w:t>แบบฟอร์มที่</w:t>
      </w:r>
      <w:proofErr w:type="spellEnd"/>
      <w:r w:rsidRPr="00480ABB">
        <w:rPr>
          <w:rFonts w:ascii="TH SarabunIT๙" w:hAnsi="TH SarabunIT๙" w:cs="TH SarabunIT๙"/>
          <w:b/>
          <w:sz w:val="32"/>
          <w:szCs w:val="32"/>
        </w:rPr>
        <w:t xml:space="preserve"> ๕</w:t>
      </w:r>
    </w:p>
    <w:p w14:paraId="0B9064CF" w14:textId="77777777" w:rsidR="008366C2" w:rsidRPr="00480ABB" w:rsidRDefault="00F57CB9">
      <w:pPr>
        <w:jc w:val="center"/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b/>
          <w:sz w:val="32"/>
          <w:szCs w:val="32"/>
        </w:rPr>
        <w:t>หลักเกณฑ์การลงคะแนนและการนับคะแนน</w:t>
      </w:r>
      <w:proofErr w:type="spellEnd"/>
    </w:p>
    <w:p w14:paraId="3D77FF43" w14:textId="51BFE989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r w:rsidRPr="00480ABB">
        <w:rPr>
          <w:rFonts w:ascii="TH SarabunIT๙" w:hAnsi="TH SarabunIT๙" w:cs="TH SarabunIT๙"/>
          <w:sz w:val="32"/>
          <w:szCs w:val="32"/>
        </w:rPr>
        <w:t xml:space="preserve">๑.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ผู้มีสิทธิ</w:t>
      </w:r>
      <w:proofErr w:type="spellEnd"/>
      <w:r w:rsidR="00225838">
        <w:rPr>
          <w:rFonts w:ascii="TH SarabunIT๙" w:hAnsi="TH SarabunIT๙" w:cs="TH SarabunIT๙" w:hint="cs"/>
          <w:sz w:val="32"/>
          <w:szCs w:val="32"/>
          <w:cs/>
          <w:lang w:bidi="th-TH"/>
        </w:rPr>
        <w:t>สรรหา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ตรวจสอบรายชื่อและแสดงหลักฐานตามที่กำหนดก่อนใช้สิทธิ</w:t>
      </w:r>
      <w:proofErr w:type="spellEnd"/>
    </w:p>
    <w:p w14:paraId="3F8891AB" w14:textId="5292D1B2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r w:rsidRPr="00480ABB">
        <w:rPr>
          <w:rFonts w:ascii="TH SarabunIT๙" w:hAnsi="TH SarabunIT๙" w:cs="TH SarabunIT๙"/>
          <w:sz w:val="32"/>
          <w:szCs w:val="32"/>
        </w:rPr>
        <w:t xml:space="preserve">๒.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ผู้มีสิทธิ</w:t>
      </w:r>
      <w:proofErr w:type="spellEnd"/>
      <w:r w:rsidR="00225838">
        <w:rPr>
          <w:rFonts w:ascii="TH SarabunIT๙" w:hAnsi="TH SarabunIT๙" w:cs="TH SarabunIT๙" w:hint="cs"/>
          <w:sz w:val="32"/>
          <w:szCs w:val="32"/>
          <w:cs/>
          <w:lang w:bidi="th-TH"/>
        </w:rPr>
        <w:t>สรรหา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ลงคะแนนด้วยตนเอง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และลงคะแนนได้ไม่เกินจำนวนที่ประกาศกำหนด</w:t>
      </w:r>
      <w:proofErr w:type="spellEnd"/>
    </w:p>
    <w:p w14:paraId="75492F46" w14:textId="77777777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r w:rsidRPr="00480ABB">
        <w:rPr>
          <w:rFonts w:ascii="TH SarabunIT๙" w:hAnsi="TH SarabunIT๙" w:cs="TH SarabunIT๙"/>
          <w:sz w:val="32"/>
          <w:szCs w:val="32"/>
        </w:rPr>
        <w:t xml:space="preserve">๓.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การลงคะแนนต้องเป็นไปโดยลับ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ห้ามลงคะแนนแทนผู้อื่นหรือแทรกแซงการใช้สิทธิ</w:t>
      </w:r>
      <w:proofErr w:type="spellEnd"/>
    </w:p>
    <w:p w14:paraId="13A78EB0" w14:textId="77777777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r w:rsidRPr="00480ABB">
        <w:rPr>
          <w:rFonts w:ascii="TH SarabunIT๙" w:hAnsi="TH SarabunIT๙" w:cs="TH SarabunIT๙"/>
          <w:sz w:val="32"/>
          <w:szCs w:val="32"/>
        </w:rPr>
        <w:t xml:space="preserve">๔.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ก่อนเริ่มลงคะแนน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ให้เจ้าหน้าที่ชี้แจงขั้นตอนและตรวจสอบความพร้อมของหีบบัตรหรือระบบลงคะแนน</w:t>
      </w:r>
    </w:p>
    <w:p w14:paraId="1E19ABF7" w14:textId="77777777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r w:rsidRPr="00480ABB">
        <w:rPr>
          <w:rFonts w:ascii="TH SarabunIT๙" w:hAnsi="TH SarabunIT๙" w:cs="TH SarabunIT๙"/>
          <w:sz w:val="32"/>
          <w:szCs w:val="32"/>
        </w:rPr>
        <w:t xml:space="preserve">๕.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เมื่อสิ้นสุดเวลาลงคะแนน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ให้ปิดหีบบัตรหรือระบบและนับคะแนนตามขั้นตอนที่กำหนด</w:t>
      </w:r>
      <w:proofErr w:type="spellEnd"/>
    </w:p>
    <w:p w14:paraId="59E6D4C8" w14:textId="77777777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r w:rsidRPr="00480ABB">
        <w:rPr>
          <w:rFonts w:ascii="TH SarabunIT๙" w:hAnsi="TH SarabunIT๙" w:cs="TH SarabunIT๙"/>
          <w:sz w:val="32"/>
          <w:szCs w:val="32"/>
        </w:rPr>
        <w:t xml:space="preserve">๖.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บันทึกจำนวนผู้มีสิทธิ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ผู้มาใช้สิทธิ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บัตรดี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บัตรเสีย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>/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คะแนนที่ไม่นับ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และคะแนนผู้สมัครแต่ละราย</w:t>
      </w:r>
      <w:proofErr w:type="spellEnd"/>
    </w:p>
    <w:p w14:paraId="077DE363" w14:textId="77777777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r w:rsidRPr="00480ABB">
        <w:rPr>
          <w:rFonts w:ascii="TH SarabunIT๙" w:hAnsi="TH SarabunIT๙" w:cs="TH SarabunIT๙"/>
          <w:sz w:val="32"/>
          <w:szCs w:val="32"/>
        </w:rPr>
        <w:t xml:space="preserve">๗.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กรณีบัตรเสีย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คะแนนไม่ชัดเจน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หรือระบบขัดข้อง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ให้บันทึกเหตุและดำเนินการตามข้อบังคับ</w:t>
      </w:r>
      <w:proofErr w:type="spellEnd"/>
    </w:p>
    <w:p w14:paraId="03890192" w14:textId="4C8DBAA8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r w:rsidRPr="00480ABB">
        <w:rPr>
          <w:rFonts w:ascii="TH SarabunIT๙" w:hAnsi="TH SarabunIT๙" w:cs="TH SarabunIT๙"/>
          <w:sz w:val="32"/>
          <w:szCs w:val="32"/>
        </w:rPr>
        <w:t xml:space="preserve">๘.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ผู้ได้รับคะแนนสูงสุดเป็นผู้ได้รับ</w:t>
      </w:r>
      <w:proofErr w:type="spellEnd"/>
      <w:r w:rsidR="00225838">
        <w:rPr>
          <w:rFonts w:ascii="TH SarabunIT๙" w:hAnsi="TH SarabunIT๙" w:cs="TH SarabunIT๙" w:hint="cs"/>
          <w:sz w:val="32"/>
          <w:szCs w:val="32"/>
          <w:cs/>
          <w:lang w:bidi="th-TH"/>
        </w:rPr>
        <w:t>สรรหา</w:t>
      </w:r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เว้นแต่ข้อบังคับกำหนดเป็นอย่างอื่น</w:t>
      </w:r>
      <w:proofErr w:type="spellEnd"/>
    </w:p>
    <w:p w14:paraId="3A0DDEC9" w14:textId="77777777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r w:rsidRPr="00480ABB">
        <w:rPr>
          <w:rFonts w:ascii="TH SarabunIT๙" w:hAnsi="TH SarabunIT๙" w:cs="TH SarabunIT๙"/>
          <w:sz w:val="32"/>
          <w:szCs w:val="32"/>
        </w:rPr>
        <w:t xml:space="preserve">๙.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กรณีคะแนนเท่ากัน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ให้ใช้วิธีตามข้อบังคับหรือหลักเกณฑ์ที่ประกาศไว้ล่วงหน้า</w:t>
      </w:r>
      <w:proofErr w:type="spellEnd"/>
    </w:p>
    <w:p w14:paraId="412886F5" w14:textId="77777777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r w:rsidRPr="00480ABB">
        <w:rPr>
          <w:rFonts w:ascii="TH SarabunIT๙" w:hAnsi="TH SarabunIT๙" w:cs="TH SarabunIT๙"/>
          <w:sz w:val="32"/>
          <w:szCs w:val="32"/>
        </w:rPr>
        <w:t xml:space="preserve">๑๐.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จัดทำบันทึกผลการนับคะแนนและเก็บรักษาเอกสารตามระยะเวลาที่กำหนด</w:t>
      </w:r>
      <w:proofErr w:type="spellEnd"/>
    </w:p>
    <w:p w14:paraId="4ACE38D9" w14:textId="77777777" w:rsidR="008366C2" w:rsidRPr="00795206" w:rsidRDefault="00F57CB9">
      <w:pPr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 w:rsidRPr="00795206">
        <w:rPr>
          <w:rFonts w:ascii="TH SarabunIT๙" w:hAnsi="TH SarabunIT๙" w:cs="TH SarabunIT๙"/>
          <w:b/>
          <w:bCs/>
          <w:sz w:val="32"/>
          <w:szCs w:val="32"/>
        </w:rPr>
        <w:t>หมายเหตุ</w:t>
      </w:r>
      <w:proofErr w:type="spellEnd"/>
      <w:r w:rsidRPr="00795206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proofErr w:type="spellStart"/>
      <w:r w:rsidRPr="00795206">
        <w:rPr>
          <w:rFonts w:ascii="TH SarabunIT๙" w:hAnsi="TH SarabunIT๙" w:cs="TH SarabunIT๙"/>
          <w:b/>
          <w:bCs/>
          <w:sz w:val="32"/>
          <w:szCs w:val="32"/>
        </w:rPr>
        <w:t>ต้องตรวจสอบและปรับให้ตรงกับข้อบังคับฉบับเต็มก่อนประกาศใช้</w:t>
      </w:r>
      <w:proofErr w:type="spellEnd"/>
    </w:p>
    <w:p w14:paraId="6467C07C" w14:textId="77777777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r w:rsidRPr="00480ABB">
        <w:rPr>
          <w:rFonts w:ascii="TH SarabunIT๙" w:hAnsi="TH SarabunIT๙" w:cs="TH SarabunIT๙"/>
          <w:sz w:val="32"/>
          <w:szCs w:val="32"/>
        </w:rPr>
        <w:br w:type="page"/>
      </w:r>
    </w:p>
    <w:p w14:paraId="7B504536" w14:textId="1F3536E1" w:rsidR="008366C2" w:rsidRPr="00480ABB" w:rsidRDefault="007313BC">
      <w:pPr>
        <w:jc w:val="center"/>
        <w:rPr>
          <w:rFonts w:ascii="TH SarabunIT๙" w:hAnsi="TH SarabunIT๙" w:cs="TH SarabunIT๙"/>
          <w:sz w:val="32"/>
          <w:szCs w:val="32"/>
        </w:rPr>
      </w:pPr>
      <w:r w:rsidRPr="007313BC">
        <w:rPr>
          <w:rFonts w:ascii="TH SarabunIT๙" w:hAnsi="TH SarabunIT๙" w:cs="TH SarabunIT๙" w:hint="cs"/>
          <w:bCs/>
          <w:sz w:val="32"/>
          <w:szCs w:val="32"/>
          <w:cs/>
          <w:lang w:bidi="th-TH"/>
        </w:rPr>
        <w:lastRenderedPageBreak/>
        <w:t>ร่าง</w:t>
      </w:r>
      <w:proofErr w:type="spellStart"/>
      <w:r w:rsidRPr="00480ABB">
        <w:rPr>
          <w:rFonts w:ascii="TH SarabunIT๙" w:hAnsi="TH SarabunIT๙" w:cs="TH SarabunIT๙"/>
          <w:b/>
          <w:sz w:val="32"/>
          <w:szCs w:val="32"/>
        </w:rPr>
        <w:t>แบบฟอร์มที่</w:t>
      </w:r>
      <w:proofErr w:type="spellEnd"/>
      <w:r w:rsidRPr="00480ABB">
        <w:rPr>
          <w:rFonts w:ascii="TH SarabunIT๙" w:hAnsi="TH SarabunIT๙" w:cs="TH SarabunIT๙"/>
          <w:b/>
          <w:sz w:val="32"/>
          <w:szCs w:val="32"/>
        </w:rPr>
        <w:t xml:space="preserve"> ๖</w:t>
      </w:r>
    </w:p>
    <w:p w14:paraId="517C2599" w14:textId="63FF5214" w:rsidR="008366C2" w:rsidRPr="004922AF" w:rsidRDefault="00F57CB9">
      <w:pPr>
        <w:jc w:val="center"/>
        <w:rPr>
          <w:rFonts w:ascii="TH SarabunIT๙" w:hAnsi="TH SarabunIT๙" w:cs="TH SarabunIT๙" w:hint="cs"/>
          <w:b/>
          <w:sz w:val="32"/>
          <w:szCs w:val="32"/>
          <w:cs/>
          <w:lang w:bidi="th-TH"/>
        </w:rPr>
      </w:pPr>
      <w:proofErr w:type="spellStart"/>
      <w:r w:rsidRPr="004922AF">
        <w:rPr>
          <w:rFonts w:ascii="TH SarabunIT๙" w:hAnsi="TH SarabunIT๙" w:cs="TH SarabunIT๙"/>
          <w:b/>
          <w:sz w:val="32"/>
          <w:szCs w:val="32"/>
        </w:rPr>
        <w:t>ช่องทางติดต่อคณะกรรมการ</w:t>
      </w:r>
      <w:proofErr w:type="spellEnd"/>
      <w:r w:rsidR="00BD6B19" w:rsidRPr="004922AF">
        <w:rPr>
          <w:rFonts w:ascii="TH SarabunIT๙" w:hAnsi="TH SarabunIT๙" w:cs="TH SarabunIT๙" w:hint="cs"/>
          <w:bCs/>
          <w:sz w:val="32"/>
          <w:szCs w:val="32"/>
          <w:cs/>
          <w:lang w:bidi="th-TH"/>
        </w:rPr>
        <w:t>ดำเนินการ</w:t>
      </w:r>
      <w:r w:rsidR="004922AF" w:rsidRPr="004922AF">
        <w:rPr>
          <w:rFonts w:ascii="TH SarabunIT๙" w:hAnsi="TH SarabunIT๙" w:cs="TH SarabunIT๙" w:hint="cs"/>
          <w:bCs/>
          <w:sz w:val="32"/>
          <w:szCs w:val="32"/>
          <w:cs/>
          <w:lang w:bidi="th-TH"/>
        </w:rPr>
        <w:t>สรรหา</w:t>
      </w:r>
    </w:p>
    <w:p w14:paraId="22BB3786" w14:textId="77777777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ชื่อหน่วยงาน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>/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สำนักงานเลขานุการ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.....................................................................................................</w:t>
      </w:r>
    </w:p>
    <w:p w14:paraId="034DDA76" w14:textId="77777777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สถานที่ติดต่อ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.....................................................................................................................................</w:t>
      </w:r>
    </w:p>
    <w:p w14:paraId="5CC29EFB" w14:textId="77777777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วันและเวลาทำการ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...............................................................................................................................</w:t>
      </w:r>
    </w:p>
    <w:p w14:paraId="3159F348" w14:textId="77777777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โทรศัพท์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อีเมล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............................................................................</w:t>
      </w:r>
    </w:p>
    <w:p w14:paraId="62D6D171" w14:textId="77777777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เว็บไซต์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>/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หน้าเว็บประกาศข้อมูล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............................................................................................................</w:t>
      </w:r>
    </w:p>
    <w:p w14:paraId="662DD668" w14:textId="77777777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ช่องทางยื่นเอกสารหรือคำร้อง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..............................................................................................................</w:t>
      </w:r>
    </w:p>
    <w:p w14:paraId="07874560" w14:textId="77777777" w:rsidR="008366C2" w:rsidRPr="00480ABB" w:rsidRDefault="00F57CB9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ผู้ประสานงาน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................................................ </w:t>
      </w:r>
      <w:proofErr w:type="spellStart"/>
      <w:r w:rsidRPr="00480ABB">
        <w:rPr>
          <w:rFonts w:ascii="TH SarabunIT๙" w:hAnsi="TH SarabunIT๙" w:cs="TH SarabunIT๙"/>
          <w:sz w:val="32"/>
          <w:szCs w:val="32"/>
        </w:rPr>
        <w:t>หมายเหตุเพิ่มเติม</w:t>
      </w:r>
      <w:proofErr w:type="spellEnd"/>
      <w:r w:rsidRPr="00480ABB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</w:t>
      </w:r>
    </w:p>
    <w:p w14:paraId="7545CBCF" w14:textId="2E2E2F4A" w:rsidR="008366C2" w:rsidRPr="00480ABB" w:rsidRDefault="008366C2" w:rsidP="00EF58B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8366C2" w:rsidRPr="00480ABB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Cordia New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3410266">
    <w:abstractNumId w:val="8"/>
  </w:num>
  <w:num w:numId="2" w16cid:durableId="2033606488">
    <w:abstractNumId w:val="6"/>
  </w:num>
  <w:num w:numId="3" w16cid:durableId="2024740103">
    <w:abstractNumId w:val="5"/>
  </w:num>
  <w:num w:numId="4" w16cid:durableId="330136232">
    <w:abstractNumId w:val="4"/>
  </w:num>
  <w:num w:numId="5" w16cid:durableId="1101145509">
    <w:abstractNumId w:val="7"/>
  </w:num>
  <w:num w:numId="6" w16cid:durableId="1863594986">
    <w:abstractNumId w:val="3"/>
  </w:num>
  <w:num w:numId="7" w16cid:durableId="483475866">
    <w:abstractNumId w:val="2"/>
  </w:num>
  <w:num w:numId="8" w16cid:durableId="825316470">
    <w:abstractNumId w:val="1"/>
  </w:num>
  <w:num w:numId="9" w16cid:durableId="2132435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1828"/>
    <w:rsid w:val="0015074B"/>
    <w:rsid w:val="00225838"/>
    <w:rsid w:val="0029639D"/>
    <w:rsid w:val="002A79E5"/>
    <w:rsid w:val="00326F90"/>
    <w:rsid w:val="00470426"/>
    <w:rsid w:val="00480ABB"/>
    <w:rsid w:val="004922AF"/>
    <w:rsid w:val="004A7AFF"/>
    <w:rsid w:val="004D79C8"/>
    <w:rsid w:val="00566D01"/>
    <w:rsid w:val="007313BC"/>
    <w:rsid w:val="00752E41"/>
    <w:rsid w:val="00795206"/>
    <w:rsid w:val="008366C2"/>
    <w:rsid w:val="00933114"/>
    <w:rsid w:val="009F710B"/>
    <w:rsid w:val="00AA1D8D"/>
    <w:rsid w:val="00AA6DD8"/>
    <w:rsid w:val="00B47730"/>
    <w:rsid w:val="00BB7764"/>
    <w:rsid w:val="00BD6B19"/>
    <w:rsid w:val="00CB0664"/>
    <w:rsid w:val="00DF10A8"/>
    <w:rsid w:val="00EF58B0"/>
    <w:rsid w:val="00F57CB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853E97"/>
  <w14:defaultImageDpi w14:val="300"/>
  <w15:docId w15:val="{2F687AF1-830A-47E2-BAA4-0A8182BA7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H Sarabun New" w:eastAsia="TH Sarabun New" w:hAnsi="TH Sarabun New"/>
      <w:sz w:val="3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หัวเรื่อง 1 อักขระ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หัวเรื่อง 2 อักขระ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หัวเรื่อง 3 อักขระ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ชื่อเรื่อง อักขระ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ชื่อเรื่องรอง อักขระ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เนื้อความ อักขระ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เนื้อความ 2 อักขระ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เนื้อความ 3 อักขระ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ข้อความแมโคร อักขระ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คำอ้างอิง อักขระ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หัวเรื่อง 4 อักขระ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หัวเรื่อง 5 อักขระ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หัวเรื่อง 6 อักขระ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หัวเรื่อง 7 อักขระ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หัวเรื่อง 8 อักขระ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หัวเรื่อง 9 อักขระ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ทำให้คำอ้างอิงเป็นสีเข้มขึ้น อักขระ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1182</Words>
  <Characters>6739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MyCom</cp:lastModifiedBy>
  <cp:revision>19</cp:revision>
  <cp:lastPrinted>2026-10-19T08:11:00Z</cp:lastPrinted>
  <dcterms:created xsi:type="dcterms:W3CDTF">2013-12-23T23:15:00Z</dcterms:created>
  <dcterms:modified xsi:type="dcterms:W3CDTF">2026-10-19T08:28:00Z</dcterms:modified>
  <cp:category/>
</cp:coreProperties>
</file>